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FDEC4" w14:textId="4DDDE018" w:rsidR="00A116CC" w:rsidRDefault="00000000">
      <w:pPr>
        <w:pStyle w:val="Tytu"/>
      </w:pPr>
      <w:r>
        <w:t xml:space="preserve">REGULAMIN OBOZU SOCJOTERAPEUTYCZNEGO </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118"/>
        <w:gridCol w:w="6236"/>
      </w:tblGrid>
      <w:tr w:rsidR="00A116CC" w14:paraId="76A685CD" w14:textId="77777777">
        <w:trPr>
          <w:trHeight w:val="397"/>
          <w:jc w:val="center"/>
        </w:trPr>
        <w:tc>
          <w:tcPr>
            <w:tcW w:w="3118" w:type="dxa"/>
            <w:shd w:val="clear" w:color="auto" w:fill="F2F2F2"/>
            <w:vAlign w:val="center"/>
          </w:tcPr>
          <w:p w14:paraId="2401BC94" w14:textId="77777777" w:rsidR="00A116CC" w:rsidRDefault="00000000">
            <w:pPr>
              <w:spacing w:after="0"/>
            </w:pPr>
            <w:r>
              <w:rPr>
                <w:b/>
                <w:sz w:val="19"/>
              </w:rPr>
              <w:t>Miejsce obozu:</w:t>
            </w:r>
          </w:p>
        </w:tc>
        <w:tc>
          <w:tcPr>
            <w:tcW w:w="6236" w:type="dxa"/>
            <w:vAlign w:val="center"/>
          </w:tcPr>
          <w:p w14:paraId="71AC3628" w14:textId="77777777" w:rsidR="00A116CC" w:rsidRDefault="00000000">
            <w:r>
              <w:t xml:space="preserve"> </w:t>
            </w:r>
          </w:p>
        </w:tc>
      </w:tr>
      <w:tr w:rsidR="00A116CC" w14:paraId="4DE69710" w14:textId="77777777">
        <w:trPr>
          <w:trHeight w:val="397"/>
          <w:jc w:val="center"/>
        </w:trPr>
        <w:tc>
          <w:tcPr>
            <w:tcW w:w="3118" w:type="dxa"/>
            <w:shd w:val="clear" w:color="auto" w:fill="F2F2F2"/>
            <w:vAlign w:val="center"/>
          </w:tcPr>
          <w:p w14:paraId="6D68119D" w14:textId="77777777" w:rsidR="00A116CC" w:rsidRDefault="00000000">
            <w:pPr>
              <w:spacing w:after="0"/>
            </w:pPr>
            <w:r>
              <w:rPr>
                <w:b/>
                <w:sz w:val="19"/>
              </w:rPr>
              <w:t>Termin turnusu:</w:t>
            </w:r>
          </w:p>
        </w:tc>
        <w:tc>
          <w:tcPr>
            <w:tcW w:w="6236" w:type="dxa"/>
            <w:vAlign w:val="center"/>
          </w:tcPr>
          <w:p w14:paraId="4C78B5E3" w14:textId="77777777" w:rsidR="00A116CC" w:rsidRDefault="00000000">
            <w:r>
              <w:t xml:space="preserve"> </w:t>
            </w:r>
          </w:p>
        </w:tc>
      </w:tr>
    </w:tbl>
    <w:p w14:paraId="39B16D27" w14:textId="77777777" w:rsidR="00A116CC" w:rsidRDefault="00A116CC"/>
    <w:p w14:paraId="66B552CC" w14:textId="77777777" w:rsidR="00A116CC" w:rsidRPr="006407B7" w:rsidRDefault="00000000">
      <w:pPr>
        <w:pStyle w:val="Nagwek1"/>
        <w:rPr>
          <w:sz w:val="26"/>
          <w:szCs w:val="30"/>
        </w:rPr>
      </w:pPr>
      <w:r w:rsidRPr="006407B7">
        <w:rPr>
          <w:sz w:val="26"/>
          <w:szCs w:val="30"/>
        </w:rPr>
        <w:t>1. Postanowienia ogólne</w:t>
      </w:r>
    </w:p>
    <w:p w14:paraId="55364FF3" w14:textId="71F01161" w:rsidR="00A116CC" w:rsidRPr="008121D3" w:rsidRDefault="00000000" w:rsidP="00993681">
      <w:pPr>
        <w:jc w:val="both"/>
        <w:rPr>
          <w:lang w:val="pl-PL"/>
        </w:rPr>
      </w:pPr>
      <w:r w:rsidRPr="008121D3">
        <w:rPr>
          <w:lang w:val="pl-PL"/>
        </w:rPr>
        <w:t>1.1. Organizatorem obozu socjoterapeutycznego jest Fundacja Centrum Działań Profilaktycznych</w:t>
      </w:r>
      <w:r w:rsidR="00993681" w:rsidRPr="008121D3">
        <w:rPr>
          <w:lang w:val="pl-PL"/>
        </w:rPr>
        <w:br/>
      </w:r>
      <w:r w:rsidRPr="008121D3">
        <w:rPr>
          <w:lang w:val="pl-PL"/>
        </w:rPr>
        <w:t>z siedzibą przy ul. Kościuszki 39a, 32-020 Wieliczka.</w:t>
      </w:r>
    </w:p>
    <w:p w14:paraId="1FA5F013" w14:textId="77777777" w:rsidR="00A116CC" w:rsidRPr="008121D3" w:rsidRDefault="00000000" w:rsidP="00993681">
      <w:pPr>
        <w:jc w:val="both"/>
        <w:rPr>
          <w:lang w:val="pl-PL"/>
        </w:rPr>
      </w:pPr>
      <w:r w:rsidRPr="008121D3">
        <w:rPr>
          <w:lang w:val="pl-PL"/>
        </w:rPr>
        <w:t>1.2. Obóz jest organizowany jako forma wypoczynku dzieci i młodzieży, zgodnie z obowiązującymi przepisami prawa oraz z założeniami przedstawionej oferty.</w:t>
      </w:r>
    </w:p>
    <w:p w14:paraId="3BF7D7BA" w14:textId="62E2A2E5" w:rsidR="00A116CC" w:rsidRPr="008121D3" w:rsidRDefault="00000000" w:rsidP="00993681">
      <w:pPr>
        <w:jc w:val="both"/>
        <w:rPr>
          <w:lang w:val="pl-PL"/>
        </w:rPr>
      </w:pPr>
      <w:r w:rsidRPr="008121D3">
        <w:rPr>
          <w:lang w:val="pl-PL"/>
        </w:rPr>
        <w:t>1.3. Obóz ma charakter socjoterapeutyczny, wychowawczy, edukacyjny, integracyjny i rekreacyjny. Jego celem jest wspieranie uczestników w rozwijaniu umiejętności społecznych, emocjonalnych</w:t>
      </w:r>
      <w:r w:rsidR="00993681" w:rsidRPr="008121D3">
        <w:rPr>
          <w:lang w:val="pl-PL"/>
        </w:rPr>
        <w:br/>
      </w:r>
      <w:r w:rsidRPr="008121D3">
        <w:rPr>
          <w:lang w:val="pl-PL"/>
        </w:rPr>
        <w:t>i komunikacyjnych, wzmacnianie poczucia własnej wartości, uczenie bezpiecznego funkcjonowania</w:t>
      </w:r>
      <w:r w:rsidR="00993681" w:rsidRPr="008121D3">
        <w:rPr>
          <w:lang w:val="pl-PL"/>
        </w:rPr>
        <w:br/>
      </w:r>
      <w:r w:rsidRPr="008121D3">
        <w:rPr>
          <w:lang w:val="pl-PL"/>
        </w:rPr>
        <w:t>w grupie oraz tworzenie warunków do konstruktywnego spędzania czasu.</w:t>
      </w:r>
    </w:p>
    <w:p w14:paraId="2E1BD7B5" w14:textId="77777777" w:rsidR="00A116CC" w:rsidRPr="008121D3" w:rsidRDefault="00000000" w:rsidP="00993681">
      <w:pPr>
        <w:jc w:val="both"/>
        <w:rPr>
          <w:lang w:val="pl-PL"/>
        </w:rPr>
      </w:pPr>
      <w:r w:rsidRPr="008121D3">
        <w:rPr>
          <w:lang w:val="pl-PL"/>
        </w:rPr>
        <w:t>1.4. Uczestnikami obozu są dzieci i młodzież zakwalifikowane do udziału przez organizatora lub kierownika obozu na podstawie dokumentów rekrutacyjnych, informacji przekazanych przez rodzica/opiekuna prawnego, instytucję kierującą oraz możliwości zapewnienia uczestnikowi bezpiecznej i adekwatnej opieki.</w:t>
      </w:r>
    </w:p>
    <w:p w14:paraId="7D2F0C1F" w14:textId="2D84E326" w:rsidR="00A116CC" w:rsidRPr="008121D3" w:rsidRDefault="00000000" w:rsidP="00993681">
      <w:pPr>
        <w:jc w:val="both"/>
        <w:rPr>
          <w:b/>
          <w:bCs/>
          <w:lang w:val="pl-PL"/>
        </w:rPr>
      </w:pPr>
      <w:r w:rsidRPr="008121D3">
        <w:rPr>
          <w:b/>
          <w:bCs/>
          <w:lang w:val="pl-PL"/>
        </w:rPr>
        <w:t xml:space="preserve">1.5. </w:t>
      </w:r>
      <w:r w:rsidR="00993681" w:rsidRPr="008121D3">
        <w:rPr>
          <w:b/>
          <w:bCs/>
          <w:lang w:val="pl-PL"/>
        </w:rPr>
        <w:t>Każdy u</w:t>
      </w:r>
      <w:r w:rsidRPr="008121D3">
        <w:rPr>
          <w:b/>
          <w:bCs/>
          <w:lang w:val="pl-PL"/>
        </w:rPr>
        <w:t>czestnik</w:t>
      </w:r>
      <w:r w:rsidR="00993681" w:rsidRPr="008121D3">
        <w:rPr>
          <w:b/>
          <w:bCs/>
          <w:lang w:val="pl-PL"/>
        </w:rPr>
        <w:t xml:space="preserve"> oraz jego</w:t>
      </w:r>
      <w:r w:rsidRPr="008121D3">
        <w:rPr>
          <w:b/>
          <w:bCs/>
          <w:lang w:val="pl-PL"/>
        </w:rPr>
        <w:t xml:space="preserve"> rodzic</w:t>
      </w:r>
      <w:r w:rsidR="00993681" w:rsidRPr="008121D3">
        <w:rPr>
          <w:b/>
          <w:bCs/>
          <w:lang w:val="pl-PL"/>
        </w:rPr>
        <w:t>e</w:t>
      </w:r>
      <w:r w:rsidRPr="008121D3">
        <w:rPr>
          <w:b/>
          <w:bCs/>
          <w:lang w:val="pl-PL"/>
        </w:rPr>
        <w:t>/opiekun</w:t>
      </w:r>
      <w:r w:rsidR="00993681" w:rsidRPr="008121D3">
        <w:rPr>
          <w:b/>
          <w:bCs/>
          <w:lang w:val="pl-PL"/>
        </w:rPr>
        <w:t>owie</w:t>
      </w:r>
      <w:r w:rsidRPr="008121D3">
        <w:rPr>
          <w:b/>
          <w:bCs/>
          <w:lang w:val="pl-PL"/>
        </w:rPr>
        <w:t xml:space="preserve"> prawn</w:t>
      </w:r>
      <w:r w:rsidR="00993681" w:rsidRPr="008121D3">
        <w:rPr>
          <w:b/>
          <w:bCs/>
          <w:lang w:val="pl-PL"/>
        </w:rPr>
        <w:t>i</w:t>
      </w:r>
      <w:r w:rsidRPr="008121D3">
        <w:rPr>
          <w:b/>
          <w:bCs/>
          <w:lang w:val="pl-PL"/>
        </w:rPr>
        <w:t xml:space="preserve"> </w:t>
      </w:r>
      <w:r w:rsidR="00993681" w:rsidRPr="008121D3">
        <w:rPr>
          <w:b/>
          <w:bCs/>
          <w:lang w:val="pl-PL"/>
        </w:rPr>
        <w:t>oraz</w:t>
      </w:r>
      <w:r w:rsidRPr="008121D3">
        <w:rPr>
          <w:b/>
          <w:bCs/>
          <w:lang w:val="pl-PL"/>
        </w:rPr>
        <w:t xml:space="preserve"> instytucja kierująca, jeżeli występuje, są zobowiązani</w:t>
      </w:r>
      <w:r w:rsidR="001820A9" w:rsidRPr="008121D3">
        <w:rPr>
          <w:b/>
          <w:bCs/>
          <w:lang w:val="pl-PL"/>
        </w:rPr>
        <w:t xml:space="preserve"> </w:t>
      </w:r>
      <w:r w:rsidRPr="008121D3">
        <w:rPr>
          <w:b/>
          <w:bCs/>
          <w:lang w:val="pl-PL"/>
        </w:rPr>
        <w:t>do zapoznania się z regulaminem przed rozpoczęciem obozu oraz do przestrzegania jego postanowień.</w:t>
      </w:r>
    </w:p>
    <w:p w14:paraId="10F10B82" w14:textId="76C1E020" w:rsidR="00A116CC" w:rsidRPr="008121D3" w:rsidRDefault="00000000" w:rsidP="00993681">
      <w:pPr>
        <w:jc w:val="both"/>
        <w:rPr>
          <w:lang w:val="pl-PL"/>
        </w:rPr>
      </w:pPr>
      <w:r w:rsidRPr="008121D3">
        <w:rPr>
          <w:lang w:val="pl-PL"/>
        </w:rPr>
        <w:t xml:space="preserve">1.6. Uczestnik zobowiązuje się do wykonywania poleceń kierownika obozu, wychowawców, </w:t>
      </w:r>
      <w:proofErr w:type="spellStart"/>
      <w:r w:rsidRPr="008121D3">
        <w:rPr>
          <w:lang w:val="pl-PL"/>
        </w:rPr>
        <w:t>socjoterapeutów</w:t>
      </w:r>
      <w:proofErr w:type="spellEnd"/>
      <w:r w:rsidRPr="008121D3">
        <w:rPr>
          <w:lang w:val="pl-PL"/>
        </w:rPr>
        <w:t>, instruktorów, ratowników oraz innych osób odpowiedzialnych za bezpieczeństwo</w:t>
      </w:r>
      <w:r w:rsidR="00993681" w:rsidRPr="008121D3">
        <w:rPr>
          <w:lang w:val="pl-PL"/>
        </w:rPr>
        <w:br/>
      </w:r>
      <w:r w:rsidRPr="008121D3">
        <w:rPr>
          <w:lang w:val="pl-PL"/>
        </w:rPr>
        <w:t>i realizację programu.</w:t>
      </w:r>
    </w:p>
    <w:p w14:paraId="0A5332A7" w14:textId="318FD9CE" w:rsidR="00A116CC" w:rsidRDefault="00000000" w:rsidP="00993681">
      <w:pPr>
        <w:jc w:val="both"/>
        <w:rPr>
          <w:b/>
          <w:bCs/>
          <w:lang w:val="pl-PL"/>
        </w:rPr>
      </w:pPr>
      <w:r w:rsidRPr="008121D3">
        <w:rPr>
          <w:b/>
          <w:bCs/>
          <w:lang w:val="pl-PL"/>
        </w:rPr>
        <w:t>1.7. Regulamin obowiązuje od momentu przejęcia opieki nad uczestnikiem przez organizatora,</w:t>
      </w:r>
      <w:r w:rsidR="001820A9" w:rsidRPr="008121D3">
        <w:rPr>
          <w:b/>
          <w:bCs/>
          <w:lang w:val="pl-PL"/>
        </w:rPr>
        <w:br/>
      </w:r>
      <w:r w:rsidRPr="008121D3">
        <w:rPr>
          <w:b/>
          <w:bCs/>
          <w:lang w:val="pl-PL"/>
        </w:rPr>
        <w:t>w tym podczas transportu organizowanego przez Fundację, do momentu zakończenia obozu</w:t>
      </w:r>
      <w:r w:rsidR="001820A9" w:rsidRPr="008121D3">
        <w:rPr>
          <w:b/>
          <w:bCs/>
          <w:lang w:val="pl-PL"/>
        </w:rPr>
        <w:br/>
      </w:r>
      <w:r w:rsidRPr="008121D3">
        <w:rPr>
          <w:b/>
          <w:bCs/>
          <w:lang w:val="pl-PL"/>
        </w:rPr>
        <w:t>i przekazania uczestnika rodzicowi/opiekunowi prawnemu albo osobie upoważnionej.</w:t>
      </w:r>
    </w:p>
    <w:p w14:paraId="77012B3F" w14:textId="07FEECF2" w:rsidR="00C0647A" w:rsidRPr="008121D3" w:rsidRDefault="00C0647A" w:rsidP="00993681">
      <w:pPr>
        <w:jc w:val="both"/>
        <w:rPr>
          <w:b/>
          <w:bCs/>
          <w:lang w:val="pl-PL"/>
        </w:rPr>
      </w:pPr>
      <w:r>
        <w:rPr>
          <w:b/>
          <w:bCs/>
          <w:lang w:val="pl-PL"/>
        </w:rPr>
        <w:t xml:space="preserve">1.8. </w:t>
      </w:r>
      <w:r w:rsidRPr="00C0647A">
        <w:rPr>
          <w:b/>
          <w:bCs/>
          <w:lang w:val="pl-PL"/>
        </w:rPr>
        <w:t>Obóz jest organizowany zgodnie ze Standardami Ochrony Małoletnich wdrożonymi przez Fundację dostępnymi pod adresem: https://cdp-szkolenia.pl/standardy-ochrony-maloletnich/.</w:t>
      </w:r>
    </w:p>
    <w:p w14:paraId="34CADB87" w14:textId="77777777" w:rsidR="00A116CC" w:rsidRPr="008121D3" w:rsidRDefault="00000000">
      <w:pPr>
        <w:pStyle w:val="Nagwek1"/>
        <w:rPr>
          <w:sz w:val="26"/>
          <w:szCs w:val="30"/>
          <w:lang w:val="pl-PL"/>
        </w:rPr>
      </w:pPr>
      <w:r w:rsidRPr="008121D3">
        <w:rPr>
          <w:sz w:val="26"/>
          <w:szCs w:val="30"/>
          <w:lang w:val="pl-PL"/>
        </w:rPr>
        <w:t>2. Organizacja pobytu i programu</w:t>
      </w:r>
    </w:p>
    <w:p w14:paraId="65549FFC" w14:textId="55FCD301" w:rsidR="00A116CC" w:rsidRPr="008121D3" w:rsidRDefault="00000000" w:rsidP="00993681">
      <w:pPr>
        <w:jc w:val="both"/>
        <w:rPr>
          <w:lang w:val="pl-PL"/>
        </w:rPr>
      </w:pPr>
      <w:r w:rsidRPr="008121D3">
        <w:rPr>
          <w:lang w:val="pl-PL"/>
        </w:rPr>
        <w:t>2.1. Zakwaterowanie uczestników odbywa się w pokojach lub domkach wieloosobowych, zgodnie</w:t>
      </w:r>
      <w:r w:rsidR="00993681" w:rsidRPr="008121D3">
        <w:rPr>
          <w:lang w:val="pl-PL"/>
        </w:rPr>
        <w:br/>
      </w:r>
      <w:r w:rsidRPr="008121D3">
        <w:rPr>
          <w:lang w:val="pl-PL"/>
        </w:rPr>
        <w:t>z organizacją przyjętą dla danej lokalizacji i turnusu.</w:t>
      </w:r>
    </w:p>
    <w:p w14:paraId="7A8A6D7F" w14:textId="780765AD" w:rsidR="00A116CC" w:rsidRPr="008121D3" w:rsidRDefault="00000000" w:rsidP="00993681">
      <w:pPr>
        <w:jc w:val="both"/>
        <w:rPr>
          <w:lang w:val="pl-PL"/>
        </w:rPr>
      </w:pPr>
      <w:r w:rsidRPr="008121D3">
        <w:rPr>
          <w:lang w:val="pl-PL"/>
        </w:rPr>
        <w:t>2.2. Uczestnicy zobowiązani są do przestrzegania zasad obowiązujących w miejscu zakwaterowania,</w:t>
      </w:r>
      <w:r w:rsidR="00993681" w:rsidRPr="008121D3">
        <w:rPr>
          <w:lang w:val="pl-PL"/>
        </w:rPr>
        <w:br/>
      </w:r>
      <w:r w:rsidRPr="008121D3">
        <w:rPr>
          <w:lang w:val="pl-PL"/>
        </w:rPr>
        <w:t>w tym regulaminów obiektu, zasad przeciwpożarowych, zasad sanitarnych, ciszy nocnej oraz poleceń kadry.</w:t>
      </w:r>
    </w:p>
    <w:p w14:paraId="2B979102" w14:textId="4CDA34D1" w:rsidR="00A116CC" w:rsidRPr="008121D3" w:rsidRDefault="00000000" w:rsidP="00993681">
      <w:pPr>
        <w:jc w:val="both"/>
        <w:rPr>
          <w:lang w:val="pl-PL"/>
        </w:rPr>
      </w:pPr>
      <w:r w:rsidRPr="008121D3">
        <w:rPr>
          <w:lang w:val="pl-PL"/>
        </w:rPr>
        <w:t>2.3. Organizator zapewnia uczestnikom wyżywienie zgodnie z ofertą i możliwościami danej lokalizacji.</w:t>
      </w:r>
      <w:r w:rsidR="00993681" w:rsidRPr="008121D3">
        <w:rPr>
          <w:lang w:val="pl-PL"/>
        </w:rPr>
        <w:br/>
      </w:r>
      <w:r w:rsidRPr="008121D3">
        <w:rPr>
          <w:lang w:val="pl-PL"/>
        </w:rPr>
        <w:t>W przypadku wycieczek, wyjść lub aktywności całodniowych mogą być organizowane posiłki wyjazdowe albo suchy prowiant.</w:t>
      </w:r>
    </w:p>
    <w:p w14:paraId="70A2B48B" w14:textId="42F2D386" w:rsidR="00A116CC" w:rsidRPr="008121D3" w:rsidRDefault="00000000" w:rsidP="00993681">
      <w:pPr>
        <w:jc w:val="both"/>
        <w:rPr>
          <w:lang w:val="pl-PL"/>
        </w:rPr>
      </w:pPr>
      <w:r w:rsidRPr="008121D3">
        <w:rPr>
          <w:lang w:val="pl-PL"/>
        </w:rPr>
        <w:t>2.4. Program obozu obejmuje w szczególności zajęcia socjoterapeutyczne, zajęcia wychowawcze</w:t>
      </w:r>
      <w:r w:rsidR="00993681" w:rsidRPr="008121D3">
        <w:rPr>
          <w:lang w:val="pl-PL"/>
        </w:rPr>
        <w:br/>
      </w:r>
      <w:r w:rsidRPr="008121D3">
        <w:rPr>
          <w:lang w:val="pl-PL"/>
        </w:rPr>
        <w:t>i edukacyjne, aktywności integracyjne, sportowo-rekreacyjne, terenowe, artystyczne, wycieczki oraz inne aktywności przewidziane harmonogramem.</w:t>
      </w:r>
    </w:p>
    <w:p w14:paraId="2CF528E4" w14:textId="5F7604C2" w:rsidR="00A116CC" w:rsidRPr="008121D3" w:rsidRDefault="00000000" w:rsidP="00993681">
      <w:pPr>
        <w:jc w:val="both"/>
        <w:rPr>
          <w:b/>
          <w:bCs/>
          <w:lang w:val="pl-PL"/>
        </w:rPr>
      </w:pPr>
      <w:r w:rsidRPr="008121D3">
        <w:rPr>
          <w:b/>
          <w:bCs/>
          <w:lang w:val="pl-PL"/>
        </w:rPr>
        <w:t xml:space="preserve">2.5. Szczegółowy plan dnia, godziny posiłków, zajęć, ciszy nocnej, korzystania z telefonów oraz inne informacje organizacyjne zostaną przekazane uczestnikom przez </w:t>
      </w:r>
      <w:r w:rsidR="00993681" w:rsidRPr="008121D3">
        <w:rPr>
          <w:b/>
          <w:bCs/>
          <w:lang w:val="pl-PL"/>
        </w:rPr>
        <w:t xml:space="preserve">kadrę </w:t>
      </w:r>
      <w:r w:rsidRPr="008121D3">
        <w:rPr>
          <w:b/>
          <w:bCs/>
          <w:lang w:val="pl-PL"/>
        </w:rPr>
        <w:t>obozu po rozpoczęciu turnusu.</w:t>
      </w:r>
    </w:p>
    <w:p w14:paraId="542E77FC" w14:textId="77777777" w:rsidR="00A116CC" w:rsidRPr="008121D3" w:rsidRDefault="00000000" w:rsidP="00993681">
      <w:pPr>
        <w:jc w:val="both"/>
        <w:rPr>
          <w:lang w:val="pl-PL"/>
        </w:rPr>
      </w:pPr>
      <w:r w:rsidRPr="008121D3">
        <w:rPr>
          <w:lang w:val="pl-PL"/>
        </w:rPr>
        <w:lastRenderedPageBreak/>
        <w:t>2.6. Kolejność i zakres poszczególnych aktywności mogą ulec zmianie ze względu na pogodę, stan zdrowia i możliwości uczestników, względy bezpieczeństwa, decyzje podmiotów zewnętrznych, dostępność atrakcji albo inne nieprzewidziane okoliczności.</w:t>
      </w:r>
    </w:p>
    <w:p w14:paraId="15BDF17D" w14:textId="49753F2C" w:rsidR="00A116CC" w:rsidRPr="008121D3" w:rsidRDefault="00000000" w:rsidP="00993681">
      <w:pPr>
        <w:jc w:val="both"/>
        <w:rPr>
          <w:lang w:val="pl-PL"/>
        </w:rPr>
      </w:pPr>
      <w:r w:rsidRPr="008121D3">
        <w:rPr>
          <w:lang w:val="pl-PL"/>
        </w:rPr>
        <w:t>2.7. Uczestnik ma obowiązek punktualnego stawiania się na zbiórkach, posiłkach, zajęciach, wyjściach</w:t>
      </w:r>
      <w:r w:rsidR="001820A9" w:rsidRPr="008121D3">
        <w:rPr>
          <w:lang w:val="pl-PL"/>
        </w:rPr>
        <w:br/>
      </w:r>
      <w:r w:rsidRPr="008121D3">
        <w:rPr>
          <w:lang w:val="pl-PL"/>
        </w:rPr>
        <w:t>i innych aktywnościach wynikających z harmonogramu dnia.</w:t>
      </w:r>
    </w:p>
    <w:p w14:paraId="3FA61AFA" w14:textId="77777777" w:rsidR="00A116CC" w:rsidRPr="008121D3" w:rsidRDefault="00000000">
      <w:pPr>
        <w:pStyle w:val="Nagwek1"/>
        <w:rPr>
          <w:sz w:val="26"/>
          <w:szCs w:val="30"/>
          <w:lang w:val="pl-PL"/>
        </w:rPr>
      </w:pPr>
      <w:r w:rsidRPr="008121D3">
        <w:rPr>
          <w:sz w:val="26"/>
          <w:szCs w:val="30"/>
          <w:lang w:val="pl-PL"/>
        </w:rPr>
        <w:t>3. Zasady bezpieczeństwa</w:t>
      </w:r>
    </w:p>
    <w:p w14:paraId="6265C175" w14:textId="0F802C41" w:rsidR="00A116CC" w:rsidRPr="008121D3" w:rsidRDefault="00000000" w:rsidP="001820A9">
      <w:pPr>
        <w:jc w:val="both"/>
        <w:rPr>
          <w:b/>
          <w:bCs/>
          <w:lang w:val="pl-PL"/>
        </w:rPr>
      </w:pPr>
      <w:r w:rsidRPr="008121D3">
        <w:rPr>
          <w:b/>
          <w:bCs/>
          <w:lang w:val="pl-PL"/>
        </w:rPr>
        <w:t>3.1. Uczestnik zobowiązany jest do przestrzegania zasad bezpieczeństwa podczas pobytu</w:t>
      </w:r>
      <w:r w:rsidR="001820A9" w:rsidRPr="008121D3">
        <w:rPr>
          <w:b/>
          <w:bCs/>
          <w:lang w:val="pl-PL"/>
        </w:rPr>
        <w:br/>
      </w:r>
      <w:r w:rsidRPr="008121D3">
        <w:rPr>
          <w:b/>
          <w:bCs/>
          <w:lang w:val="pl-PL"/>
        </w:rPr>
        <w:t>w</w:t>
      </w:r>
      <w:r w:rsidR="001820A9" w:rsidRPr="008121D3">
        <w:rPr>
          <w:b/>
          <w:bCs/>
          <w:lang w:val="pl-PL"/>
        </w:rPr>
        <w:t xml:space="preserve"> </w:t>
      </w:r>
      <w:r w:rsidRPr="008121D3">
        <w:rPr>
          <w:b/>
          <w:bCs/>
          <w:lang w:val="pl-PL"/>
        </w:rPr>
        <w:t>miejscu zakwaterowania, w czasie transportu, wycieczek, zajęć terenowych, aktywności sportowych, rekreacyjnych, wodnych i innych elementów programu.</w:t>
      </w:r>
    </w:p>
    <w:p w14:paraId="74BBA122" w14:textId="77777777" w:rsidR="00A116CC" w:rsidRPr="008121D3" w:rsidRDefault="00000000" w:rsidP="001820A9">
      <w:pPr>
        <w:jc w:val="both"/>
        <w:rPr>
          <w:b/>
          <w:bCs/>
          <w:lang w:val="pl-PL"/>
        </w:rPr>
      </w:pPr>
      <w:r w:rsidRPr="008121D3">
        <w:rPr>
          <w:b/>
          <w:bCs/>
          <w:lang w:val="pl-PL"/>
        </w:rPr>
        <w:t>3.2. Zabrania się samodzielnego oddalania od grupy, wychodzenia poza teren obiektu, przebywania w miejscach nieprzeznaczonych dla uczestników oraz podejmowania aktywności bez zgody kadry.</w:t>
      </w:r>
    </w:p>
    <w:p w14:paraId="5D218A50" w14:textId="77777777" w:rsidR="00A116CC" w:rsidRPr="008121D3" w:rsidRDefault="00000000" w:rsidP="001820A9">
      <w:pPr>
        <w:jc w:val="both"/>
        <w:rPr>
          <w:b/>
          <w:bCs/>
          <w:lang w:val="pl-PL"/>
        </w:rPr>
      </w:pPr>
      <w:r w:rsidRPr="008121D3">
        <w:rPr>
          <w:b/>
          <w:bCs/>
          <w:lang w:val="pl-PL"/>
        </w:rPr>
        <w:t>3.3. Uczestnik ma obowiązek niezwłocznie zgłaszać wychowawcy lub kierownikowi obozu wszelkie urazy, wypadki, dolegliwości zdrowotne, złe samopoczucie, konflikty, zagrożenia, oddalenie się innego uczestnika, znalezienie niebezpiecznego przedmiotu albo inną sytuację mogącą mieć wpływ na bezpieczeństwo.</w:t>
      </w:r>
    </w:p>
    <w:p w14:paraId="6AC40DBB" w14:textId="664FC635" w:rsidR="00A116CC" w:rsidRPr="008121D3" w:rsidRDefault="00000000" w:rsidP="001820A9">
      <w:pPr>
        <w:jc w:val="both"/>
        <w:rPr>
          <w:lang w:val="pl-PL"/>
        </w:rPr>
      </w:pPr>
      <w:r w:rsidRPr="008121D3">
        <w:rPr>
          <w:lang w:val="pl-PL"/>
        </w:rPr>
        <w:t>3.4. Kąpiel, zajęcia w wodzie, sporty wodne, korzystanie z basenu, kąpieliska, sprzętu pływającego, tras górskich, urządzeń sportowych i atrakcji rekreacyjnych odbywają się wyłącznie za zgodą kadry, zgodnie</w:t>
      </w:r>
      <w:r w:rsidR="001820A9" w:rsidRPr="008121D3">
        <w:rPr>
          <w:lang w:val="pl-PL"/>
        </w:rPr>
        <w:br/>
      </w:r>
      <w:r w:rsidRPr="008121D3">
        <w:rPr>
          <w:lang w:val="pl-PL"/>
        </w:rPr>
        <w:t>z regulaminem miejsca oraz pod nadzorem osób uprawnionych, jeżeli jest to wymagane.</w:t>
      </w:r>
    </w:p>
    <w:p w14:paraId="7E4FA3A2" w14:textId="6362CA51" w:rsidR="00A116CC" w:rsidRPr="008121D3" w:rsidRDefault="00000000" w:rsidP="001820A9">
      <w:pPr>
        <w:jc w:val="both"/>
        <w:rPr>
          <w:lang w:val="pl-PL"/>
        </w:rPr>
      </w:pPr>
      <w:r w:rsidRPr="008121D3">
        <w:rPr>
          <w:lang w:val="pl-PL"/>
        </w:rPr>
        <w:t xml:space="preserve">3.5. Podczas transportu uczestnik zobowiązany jest do zajęcia wskazanego miejsca, stosowania się </w:t>
      </w:r>
      <w:r w:rsidR="003C56B3">
        <w:rPr>
          <w:lang w:val="pl-PL"/>
        </w:rPr>
        <w:br/>
      </w:r>
      <w:r w:rsidRPr="008121D3">
        <w:rPr>
          <w:lang w:val="pl-PL"/>
        </w:rPr>
        <w:t>do poleceń kadry i kierowcy, zapinania pasów bezpieczeństwa, jeżeli pojazd jest w nie wyposażony, oraz zachowania porządku i bezpieczeństwa.</w:t>
      </w:r>
    </w:p>
    <w:p w14:paraId="504582D9" w14:textId="77777777" w:rsidR="00A116CC" w:rsidRPr="008121D3" w:rsidRDefault="00000000" w:rsidP="001820A9">
      <w:pPr>
        <w:jc w:val="both"/>
        <w:rPr>
          <w:b/>
          <w:bCs/>
          <w:lang w:val="pl-PL"/>
        </w:rPr>
      </w:pPr>
      <w:r w:rsidRPr="008121D3">
        <w:rPr>
          <w:b/>
          <w:bCs/>
          <w:lang w:val="pl-PL"/>
        </w:rPr>
        <w:t>3.6. Uczestnikowi zabrania się podejmowania zachowań mogących zagrozić życiu, zdrowiu, godności lub bezpieczeństwu jego samego, innych uczestników, kadry albo osób trzecich.</w:t>
      </w:r>
    </w:p>
    <w:p w14:paraId="15B9A88F" w14:textId="38A15109" w:rsidR="00A116CC" w:rsidRPr="008121D3" w:rsidRDefault="00000000" w:rsidP="001820A9">
      <w:pPr>
        <w:jc w:val="both"/>
        <w:rPr>
          <w:lang w:val="pl-PL"/>
        </w:rPr>
      </w:pPr>
      <w:r w:rsidRPr="008121D3">
        <w:rPr>
          <w:lang w:val="pl-PL"/>
        </w:rPr>
        <w:t>3.7. W sytuacjach nagłych kadra ma prawo podjąć niezbędne działania organizacyjne</w:t>
      </w:r>
      <w:r w:rsidR="003C56B3">
        <w:rPr>
          <w:lang w:val="pl-PL"/>
        </w:rPr>
        <w:t xml:space="preserve"> </w:t>
      </w:r>
      <w:r w:rsidRPr="008121D3">
        <w:rPr>
          <w:lang w:val="pl-PL"/>
        </w:rPr>
        <w:t>i interwencyjne służące ochronie życia, zdrowia, bezpieczeństwa lub porządku na obozie, w tym odizolować uczestnika od grupy w sposób nienaruszający jego godności, zapewnić mu opiekę osoby dorosłej, powiadomić rodzica/opiekuna prawnego, instytucję kierującą, pomoc medyczną, Policję lub inne właściwe służby.</w:t>
      </w:r>
    </w:p>
    <w:p w14:paraId="0E8434BE" w14:textId="77777777" w:rsidR="00A116CC" w:rsidRPr="008121D3" w:rsidRDefault="00000000" w:rsidP="001820A9">
      <w:pPr>
        <w:pStyle w:val="Nagwek1"/>
        <w:jc w:val="both"/>
        <w:rPr>
          <w:sz w:val="26"/>
          <w:szCs w:val="30"/>
          <w:lang w:val="pl-PL"/>
        </w:rPr>
      </w:pPr>
      <w:r w:rsidRPr="008121D3">
        <w:rPr>
          <w:sz w:val="26"/>
          <w:szCs w:val="30"/>
          <w:lang w:val="pl-PL"/>
        </w:rPr>
        <w:t>4. Zasady współżycia w grupie i obowiązki uczestnika</w:t>
      </w:r>
    </w:p>
    <w:p w14:paraId="00E818BF" w14:textId="77777777" w:rsidR="00A116CC" w:rsidRPr="008121D3" w:rsidRDefault="00000000" w:rsidP="001820A9">
      <w:pPr>
        <w:jc w:val="both"/>
        <w:rPr>
          <w:b/>
          <w:bCs/>
          <w:lang w:val="pl-PL"/>
        </w:rPr>
      </w:pPr>
      <w:r w:rsidRPr="008121D3">
        <w:rPr>
          <w:b/>
          <w:bCs/>
          <w:lang w:val="pl-PL"/>
        </w:rPr>
        <w:t>4.1. Uczestnik zobowiązany jest do przestrzegania zasad współżycia społecznego, szacunku wobec innych osób, poszanowania ich granic, godności, prywatności, przekonań, wyglądu, rzeczy osobistych oraz poczucia bezpieczeństwa.</w:t>
      </w:r>
    </w:p>
    <w:p w14:paraId="630A01F2" w14:textId="0FB948F2" w:rsidR="00A116CC" w:rsidRPr="008121D3" w:rsidRDefault="00000000" w:rsidP="001820A9">
      <w:pPr>
        <w:jc w:val="both"/>
        <w:rPr>
          <w:lang w:val="pl-PL"/>
        </w:rPr>
      </w:pPr>
      <w:r w:rsidRPr="008121D3">
        <w:rPr>
          <w:lang w:val="pl-PL"/>
        </w:rPr>
        <w:t>4.2. Zabrania się stosowania przemocy fizycznej, psychicznej, słownej, relacyjnej, seksualnej</w:t>
      </w:r>
      <w:r w:rsidR="001820A9" w:rsidRPr="008121D3">
        <w:rPr>
          <w:lang w:val="pl-PL"/>
        </w:rPr>
        <w:br/>
      </w:r>
      <w:r w:rsidRPr="008121D3">
        <w:rPr>
          <w:lang w:val="pl-PL"/>
        </w:rPr>
        <w:t>i cyberprzemocy, w tym bicia, popychania, grożenia, zastraszania, poniżania, wyśmiewania, szantażowania, izolowania, prowokowania konfliktów, naruszania granic innych osób oraz publikowania treści uderzających w dobre imię uczestnika, kadry lub organizatora.</w:t>
      </w:r>
    </w:p>
    <w:p w14:paraId="11F9815A" w14:textId="77777777" w:rsidR="00A116CC" w:rsidRPr="008121D3" w:rsidRDefault="00000000" w:rsidP="001820A9">
      <w:pPr>
        <w:jc w:val="both"/>
        <w:rPr>
          <w:b/>
          <w:bCs/>
          <w:lang w:val="pl-PL"/>
        </w:rPr>
      </w:pPr>
      <w:r w:rsidRPr="008121D3">
        <w:rPr>
          <w:b/>
          <w:bCs/>
          <w:lang w:val="pl-PL"/>
        </w:rPr>
        <w:t>4.3. Uczestnik zobowiązany jest do aktywnego udziału w zajęciach, współpracy z kadrą, podporządkowania się harmonogramowi dnia oraz podejmowania wysiłku na miarę swoich możliwości.</w:t>
      </w:r>
    </w:p>
    <w:p w14:paraId="2BE40FDF" w14:textId="77777777" w:rsidR="00A116CC" w:rsidRPr="008121D3" w:rsidRDefault="00000000" w:rsidP="001820A9">
      <w:pPr>
        <w:jc w:val="both"/>
        <w:rPr>
          <w:lang w:val="pl-PL"/>
        </w:rPr>
      </w:pPr>
      <w:r w:rsidRPr="008121D3">
        <w:rPr>
          <w:lang w:val="pl-PL"/>
        </w:rPr>
        <w:t>4.4. Uczestnik zobowiązany jest do dbania o porządek w pokoju, domku, łazience, jadalni, salach zajęciowych, autokarze oraz innych przestrzeniach wspólnych.</w:t>
      </w:r>
    </w:p>
    <w:p w14:paraId="67419E00" w14:textId="292D84C5" w:rsidR="00A116CC" w:rsidRPr="008121D3" w:rsidRDefault="00000000" w:rsidP="001820A9">
      <w:pPr>
        <w:jc w:val="both"/>
        <w:rPr>
          <w:b/>
          <w:bCs/>
          <w:lang w:val="pl-PL"/>
        </w:rPr>
      </w:pPr>
      <w:r w:rsidRPr="008121D3">
        <w:rPr>
          <w:b/>
          <w:bCs/>
          <w:lang w:val="pl-PL"/>
        </w:rPr>
        <w:t xml:space="preserve">4.5. Uczestnik odpowiada za powierzone mu mienie oraz rzeczy, z których korzysta podczas zajęć. </w:t>
      </w:r>
      <w:r w:rsidR="001820A9" w:rsidRPr="008121D3">
        <w:rPr>
          <w:b/>
          <w:bCs/>
          <w:lang w:val="pl-PL"/>
        </w:rPr>
        <w:t xml:space="preserve">               </w:t>
      </w:r>
      <w:r w:rsidRPr="008121D3">
        <w:rPr>
          <w:b/>
          <w:bCs/>
          <w:lang w:val="pl-PL"/>
        </w:rPr>
        <w:t>O uszkodzeniach, zniszczeniach lub zagubieniu rzeczy należy niezwłocznie poinformować kadrę.</w:t>
      </w:r>
    </w:p>
    <w:p w14:paraId="5B57447C" w14:textId="506CEC7F" w:rsidR="00A116CC" w:rsidRPr="008121D3" w:rsidRDefault="00000000" w:rsidP="001820A9">
      <w:pPr>
        <w:jc w:val="both"/>
        <w:rPr>
          <w:b/>
          <w:bCs/>
          <w:lang w:val="pl-PL"/>
        </w:rPr>
      </w:pPr>
      <w:r w:rsidRPr="008121D3">
        <w:rPr>
          <w:lang w:val="pl-PL"/>
        </w:rPr>
        <w:t xml:space="preserve">4.6. Uczestnik nie powinien przywozić na obóz wartościowych przedmiotów, dużych kwot pieniędzy, sprzętu elektronicznego ani </w:t>
      </w:r>
      <w:r w:rsidR="001820A9" w:rsidRPr="008121D3">
        <w:rPr>
          <w:lang w:val="pl-PL"/>
        </w:rPr>
        <w:t>zbędnych przedmiotów</w:t>
      </w:r>
      <w:r w:rsidRPr="008121D3">
        <w:rPr>
          <w:lang w:val="pl-PL"/>
        </w:rPr>
        <w:t>. Organizator nie ponosi odpowiedzialności za rzeczy zgubione, pozostawione bez nadzoru, uszkodzone wskutek niewłaściwego użytkowania albo przekazane innym uczestnikom bez wiedzy kadry.</w:t>
      </w:r>
    </w:p>
    <w:p w14:paraId="3DEB24C2" w14:textId="77777777" w:rsidR="00A116CC" w:rsidRPr="008121D3" w:rsidRDefault="00000000" w:rsidP="001820A9">
      <w:pPr>
        <w:jc w:val="both"/>
        <w:rPr>
          <w:lang w:val="pl-PL"/>
        </w:rPr>
      </w:pPr>
      <w:r w:rsidRPr="008121D3">
        <w:rPr>
          <w:lang w:val="pl-PL"/>
        </w:rPr>
        <w:lastRenderedPageBreak/>
        <w:t>4.7. Zabrania się wchodzenia do pokoi lub domków innych uczestników bez zgody osób w nich zakwaterowanych i bez zgody kadry, a także przebywania poza wyznaczonym miejscem zakwaterowania po ciszy nocnej.</w:t>
      </w:r>
    </w:p>
    <w:p w14:paraId="00EE0CE8" w14:textId="77777777" w:rsidR="00A116CC" w:rsidRPr="008121D3" w:rsidRDefault="00000000" w:rsidP="001820A9">
      <w:pPr>
        <w:jc w:val="both"/>
        <w:rPr>
          <w:b/>
          <w:bCs/>
          <w:lang w:val="pl-PL"/>
        </w:rPr>
      </w:pPr>
      <w:r w:rsidRPr="008121D3">
        <w:rPr>
          <w:b/>
          <w:bCs/>
          <w:lang w:val="pl-PL"/>
        </w:rPr>
        <w:t>4.8. Uczestnik zobowiązany jest do przestrzegania zasad higieny osobistej, zmiany odzieży, korzystania z urządzeń sanitarnych zgodnie z ich przeznaczeniem oraz dbania o czystość miejsc wspólnych.</w:t>
      </w:r>
    </w:p>
    <w:p w14:paraId="4771DF5F" w14:textId="43A7A3D4" w:rsidR="00A116CC" w:rsidRPr="008121D3" w:rsidRDefault="00000000">
      <w:pPr>
        <w:pStyle w:val="Nagwek1"/>
        <w:rPr>
          <w:sz w:val="26"/>
          <w:szCs w:val="30"/>
          <w:lang w:val="pl-PL"/>
        </w:rPr>
      </w:pPr>
      <w:r w:rsidRPr="008121D3">
        <w:rPr>
          <w:sz w:val="26"/>
          <w:szCs w:val="30"/>
          <w:lang w:val="pl-PL"/>
        </w:rPr>
        <w:t xml:space="preserve">5. Zasady korzystania z telefonów i </w:t>
      </w:r>
      <w:r w:rsidR="001820A9" w:rsidRPr="008121D3">
        <w:rPr>
          <w:sz w:val="26"/>
          <w:szCs w:val="30"/>
          <w:lang w:val="pl-PL"/>
        </w:rPr>
        <w:t xml:space="preserve">innych </w:t>
      </w:r>
      <w:r w:rsidRPr="008121D3">
        <w:rPr>
          <w:sz w:val="26"/>
          <w:szCs w:val="30"/>
          <w:lang w:val="pl-PL"/>
        </w:rPr>
        <w:t>urządzeń elektronicznych</w:t>
      </w:r>
    </w:p>
    <w:p w14:paraId="7693171A" w14:textId="3E0CABB9" w:rsidR="00A116CC" w:rsidRPr="008121D3" w:rsidRDefault="00000000" w:rsidP="001820A9">
      <w:pPr>
        <w:jc w:val="both"/>
        <w:rPr>
          <w:b/>
          <w:bCs/>
          <w:lang w:val="pl-PL"/>
        </w:rPr>
      </w:pPr>
      <w:r w:rsidRPr="008121D3">
        <w:rPr>
          <w:b/>
          <w:bCs/>
          <w:lang w:val="pl-PL"/>
        </w:rPr>
        <w:t>5.1. Uczestnik może korzystać z telefonu komórkowego lub innego urządzenia elektronicznego wyłącznie w godzinach wyznaczonych przez kierownika obozu. Godziny te zostaną podane uczestnikom i rodzicom/opiekunom przed rozpoczęciem obozu</w:t>
      </w:r>
      <w:r w:rsidR="001820A9" w:rsidRPr="008121D3">
        <w:rPr>
          <w:b/>
          <w:bCs/>
          <w:lang w:val="pl-PL"/>
        </w:rPr>
        <w:t>.</w:t>
      </w:r>
    </w:p>
    <w:p w14:paraId="03EA32B7" w14:textId="77777777" w:rsidR="00A116CC" w:rsidRPr="008121D3" w:rsidRDefault="00000000" w:rsidP="001820A9">
      <w:pPr>
        <w:jc w:val="both"/>
        <w:rPr>
          <w:b/>
          <w:bCs/>
          <w:lang w:val="pl-PL"/>
        </w:rPr>
      </w:pPr>
      <w:r w:rsidRPr="008121D3">
        <w:rPr>
          <w:b/>
          <w:bCs/>
          <w:lang w:val="pl-PL"/>
        </w:rPr>
        <w:t>5.2. Poza wyznaczonymi godzinami telefony, tablety, smartwatche i inne urządzenia elektroniczne mogą być przechowywane w depozycie u kierownika obozu lub osoby przez niego wyznaczonej.</w:t>
      </w:r>
    </w:p>
    <w:p w14:paraId="4AA84A1B" w14:textId="77777777" w:rsidR="00A116CC" w:rsidRPr="008121D3" w:rsidRDefault="00000000" w:rsidP="001820A9">
      <w:pPr>
        <w:jc w:val="both"/>
        <w:rPr>
          <w:lang w:val="pl-PL"/>
        </w:rPr>
      </w:pPr>
      <w:r w:rsidRPr="008121D3">
        <w:rPr>
          <w:lang w:val="pl-PL"/>
        </w:rPr>
        <w:t>5.3. W wyznaczonych godzinach uczestnik będzie miał telefon do samodzielnej dyspozycji, o ile nie naruszył regulaminu, zasad bezpieczeństwa, zasad korzystania z telefonu albo poleceń kadry.</w:t>
      </w:r>
    </w:p>
    <w:p w14:paraId="352FCD6B" w14:textId="3998EE6A" w:rsidR="00A116CC" w:rsidRPr="008121D3" w:rsidRDefault="00000000" w:rsidP="001820A9">
      <w:pPr>
        <w:jc w:val="both"/>
        <w:rPr>
          <w:lang w:val="pl-PL"/>
        </w:rPr>
      </w:pPr>
      <w:r w:rsidRPr="008121D3">
        <w:rPr>
          <w:lang w:val="pl-PL"/>
        </w:rPr>
        <w:t>5.4. W przypadku naruszenia regulaminu, w szczególności używania telefonu poza ustalonymi godzinami, nagrywania lub fotografowania innych osób bez zgody, publikowania treści bez zgody, stosowania cyberprzemocy, kontaktowania się z osobami z zewnątrz w sposób zagrażający bezpieczeństwu, zakłócania zajęć lub niewykonywania poleceń kadry, kierownik obozu może czasowo ograniczyć uczestnikowi dostęp do telefonu. Ograniczenie to może polegać w szczególności na niewydaniu telefonu</w:t>
      </w:r>
      <w:r w:rsidR="003C56B3">
        <w:rPr>
          <w:lang w:val="pl-PL"/>
        </w:rPr>
        <w:t xml:space="preserve"> </w:t>
      </w:r>
      <w:r w:rsidRPr="008121D3">
        <w:rPr>
          <w:lang w:val="pl-PL"/>
        </w:rPr>
        <w:t>w najbliższych godzinach przeznaczonych na korzystanie z urządzeń elektronicznych albo na wydaniu go wyłącznie pod nadzorem kadry.</w:t>
      </w:r>
    </w:p>
    <w:p w14:paraId="05E85306" w14:textId="77777777" w:rsidR="00A116CC" w:rsidRPr="008121D3" w:rsidRDefault="00000000" w:rsidP="001820A9">
      <w:pPr>
        <w:jc w:val="both"/>
        <w:rPr>
          <w:lang w:val="pl-PL"/>
        </w:rPr>
      </w:pPr>
      <w:r w:rsidRPr="008121D3">
        <w:rPr>
          <w:lang w:val="pl-PL"/>
        </w:rPr>
        <w:t>5.5. Ograniczenie dostępu do telefonu ma charakter porządkowo-wychowawczy i służy przywróceniu bezpieczeństwa, ochronie innych uczestników oraz realizacji programu obozu. Nie ogranicza prawa rodzica/opiekuna prawnego do kontaktu z kierownikiem obozu w sprawach pilnych.</w:t>
      </w:r>
    </w:p>
    <w:p w14:paraId="3CC5B5CB" w14:textId="77777777" w:rsidR="00A116CC" w:rsidRPr="008121D3" w:rsidRDefault="00000000" w:rsidP="001820A9">
      <w:pPr>
        <w:jc w:val="both"/>
        <w:rPr>
          <w:lang w:val="pl-PL"/>
        </w:rPr>
      </w:pPr>
      <w:r w:rsidRPr="008121D3">
        <w:rPr>
          <w:lang w:val="pl-PL"/>
        </w:rPr>
        <w:t>5.6. W sytuacjach szczególnych, zwłaszcza zdrowotnych, rodzinnych lub kryzysowych, kierownik obozu może umożliwić uczestnikowi kontakt telefoniczny z rodzicem/opiekunem poza standardowymi godzinami.</w:t>
      </w:r>
    </w:p>
    <w:p w14:paraId="50CBD17B" w14:textId="36DC3018" w:rsidR="00A116CC" w:rsidRPr="008121D3" w:rsidRDefault="00000000" w:rsidP="001820A9">
      <w:pPr>
        <w:jc w:val="both"/>
        <w:rPr>
          <w:b/>
          <w:bCs/>
          <w:lang w:val="pl-PL"/>
        </w:rPr>
      </w:pPr>
      <w:r w:rsidRPr="008121D3">
        <w:rPr>
          <w:b/>
          <w:bCs/>
          <w:lang w:val="pl-PL"/>
        </w:rPr>
        <w:t>5.</w:t>
      </w:r>
      <w:r w:rsidR="00C66760" w:rsidRPr="008121D3">
        <w:rPr>
          <w:b/>
          <w:bCs/>
          <w:lang w:val="pl-PL"/>
        </w:rPr>
        <w:t>7</w:t>
      </w:r>
      <w:r w:rsidRPr="008121D3">
        <w:rPr>
          <w:b/>
          <w:bCs/>
          <w:lang w:val="pl-PL"/>
        </w:rPr>
        <w:t>. Zabrania się nagrywania, fotografowania i publikowania wizerunku innych uczestników, kadry, rozmów, sytuacji prywatnych, konfliktów, interwencji wychowawczych, zajęć socjoterapeutycznych lub innych treści z obozu bez zgody osób, których dotyczą, oraz bez zgody kadry.</w:t>
      </w:r>
    </w:p>
    <w:p w14:paraId="3630335A" w14:textId="77777777" w:rsidR="00A116CC" w:rsidRPr="008121D3" w:rsidRDefault="00000000">
      <w:pPr>
        <w:pStyle w:val="Nagwek1"/>
        <w:rPr>
          <w:sz w:val="26"/>
          <w:szCs w:val="30"/>
          <w:lang w:val="pl-PL"/>
        </w:rPr>
      </w:pPr>
      <w:r w:rsidRPr="008121D3">
        <w:rPr>
          <w:sz w:val="26"/>
          <w:szCs w:val="30"/>
          <w:lang w:val="pl-PL"/>
        </w:rPr>
        <w:t>6. Zakazy obowiązujące podczas obozu</w:t>
      </w:r>
    </w:p>
    <w:p w14:paraId="722ECB19" w14:textId="1FAEA701" w:rsidR="00A116CC" w:rsidRPr="008121D3" w:rsidRDefault="00000000" w:rsidP="001820A9">
      <w:pPr>
        <w:jc w:val="both"/>
        <w:rPr>
          <w:b/>
          <w:bCs/>
          <w:lang w:val="pl-PL"/>
        </w:rPr>
      </w:pPr>
      <w:r w:rsidRPr="008121D3">
        <w:rPr>
          <w:b/>
          <w:bCs/>
          <w:lang w:val="pl-PL"/>
        </w:rPr>
        <w:t xml:space="preserve">6.1. Podczas obozu obowiązuje bezwzględny zakaz posiadania, używania, przekazywania, kupowania, sprzedawania, nakłaniania innych do używania lub pozostawania pod wpływem alkoholu, narkotyków, dopalaczy, innych środków odurzających, substancji psychoaktywnych, papierosów, </w:t>
      </w:r>
      <w:r w:rsidR="003C56B3">
        <w:rPr>
          <w:b/>
          <w:bCs/>
          <w:lang w:val="pl-PL"/>
        </w:rPr>
        <w:br/>
      </w:r>
      <w:r w:rsidRPr="008121D3">
        <w:rPr>
          <w:b/>
          <w:bCs/>
          <w:lang w:val="pl-PL"/>
        </w:rPr>
        <w:t>e-papierosów, wyrobów nikotynowych oraz innych substancji lub produktów mogących zagrażać zdrowiu, bezpieczeństwu albo realizacji programu.</w:t>
      </w:r>
    </w:p>
    <w:p w14:paraId="08328242" w14:textId="77777777" w:rsidR="00A116CC" w:rsidRPr="008121D3" w:rsidRDefault="00000000" w:rsidP="001820A9">
      <w:pPr>
        <w:jc w:val="both"/>
        <w:rPr>
          <w:b/>
          <w:bCs/>
          <w:lang w:val="pl-PL"/>
        </w:rPr>
      </w:pPr>
      <w:r w:rsidRPr="008121D3">
        <w:rPr>
          <w:b/>
          <w:bCs/>
          <w:lang w:val="pl-PL"/>
        </w:rPr>
        <w:t>6.2. Zabrania się posiadania niebezpiecznych narzędzi i przedmiotów, w szczególności noży, scyzoryków, zapalniczek, zapałek, petard, materiałów pirotechnicznych, gazów, substancji chemicznych, ostrych narzędzi, broni, replik broni oraz innych przedmiotów mogących zagrażać bezpieczeństwu.</w:t>
      </w:r>
    </w:p>
    <w:p w14:paraId="14BBE157" w14:textId="77777777" w:rsidR="00A116CC" w:rsidRPr="008121D3" w:rsidRDefault="00000000" w:rsidP="001820A9">
      <w:pPr>
        <w:jc w:val="both"/>
        <w:rPr>
          <w:b/>
          <w:bCs/>
          <w:lang w:val="pl-PL"/>
        </w:rPr>
      </w:pPr>
      <w:r w:rsidRPr="008121D3">
        <w:rPr>
          <w:b/>
          <w:bCs/>
          <w:lang w:val="pl-PL"/>
        </w:rPr>
        <w:t>6.3. Zabrania się kradzieży, przywłaszczania cudzych rzeczy, niszczenia mienia, wymuszania, handlu, hazardu, gróźb, szantażu, fałszowania informacji, celowego wprowadzania kadry w błąd oraz innych zachowań naruszających prawo lub bezpieczeństwo grupy.</w:t>
      </w:r>
    </w:p>
    <w:p w14:paraId="06C08566" w14:textId="70ADC849" w:rsidR="00A116CC" w:rsidRPr="008121D3" w:rsidRDefault="00000000" w:rsidP="001820A9">
      <w:pPr>
        <w:jc w:val="both"/>
        <w:rPr>
          <w:b/>
          <w:bCs/>
          <w:lang w:val="pl-PL"/>
        </w:rPr>
      </w:pPr>
      <w:r w:rsidRPr="008121D3">
        <w:rPr>
          <w:b/>
          <w:bCs/>
          <w:lang w:val="pl-PL"/>
        </w:rPr>
        <w:t>6.4. Zabrania się samowolnego opuszczania miejsca pobytu, oddalania się od grupy, zapraszania osób z zewnątrz bez zgody kierownika obozu, przekazywania osobom trzecim informacji o miejscu pobytu uczestników w sposób mogący naruszyć bezpieczeństwo oraz podejmowania kontaktów</w:t>
      </w:r>
      <w:r w:rsidR="001820A9" w:rsidRPr="008121D3">
        <w:rPr>
          <w:b/>
          <w:bCs/>
          <w:lang w:val="pl-PL"/>
        </w:rPr>
        <w:br/>
      </w:r>
      <w:r w:rsidRPr="008121D3">
        <w:rPr>
          <w:b/>
          <w:bCs/>
          <w:lang w:val="pl-PL"/>
        </w:rPr>
        <w:t>z osobami z zewnątrz w sposób nieuzgodniony z kadrą.</w:t>
      </w:r>
    </w:p>
    <w:p w14:paraId="22CA55C6" w14:textId="77777777" w:rsidR="00A116CC" w:rsidRPr="008121D3" w:rsidRDefault="00000000" w:rsidP="001820A9">
      <w:pPr>
        <w:jc w:val="both"/>
        <w:rPr>
          <w:b/>
          <w:bCs/>
          <w:lang w:val="pl-PL"/>
        </w:rPr>
      </w:pPr>
      <w:r w:rsidRPr="008121D3">
        <w:rPr>
          <w:b/>
          <w:bCs/>
          <w:lang w:val="pl-PL"/>
        </w:rPr>
        <w:lastRenderedPageBreak/>
        <w:t>6.5. Zabrania się samodzielnego korzystania z akwenów, basenów, sprzętu wodnego, urządzeń sportowych, tras górskich, atrakcji rekreacyjnych, pojazdów, rowerów, hulajnóg albo innych urządzeń bez zgody i nadzoru kadry.</w:t>
      </w:r>
    </w:p>
    <w:p w14:paraId="47495DDA" w14:textId="77777777" w:rsidR="00A116CC" w:rsidRPr="008121D3" w:rsidRDefault="00000000" w:rsidP="001820A9">
      <w:pPr>
        <w:jc w:val="both"/>
        <w:rPr>
          <w:lang w:val="pl-PL"/>
        </w:rPr>
      </w:pPr>
      <w:r w:rsidRPr="008121D3">
        <w:rPr>
          <w:lang w:val="pl-PL"/>
        </w:rPr>
        <w:t>6.6. Zabrania się wnoszenia i spożywania napojów energetyzujących oraz innych produktów, których używanie zostało zakazane przez organizatora ze względów zdrowotnych, wychowawczych lub bezpieczeństwa.</w:t>
      </w:r>
    </w:p>
    <w:p w14:paraId="64A254A0" w14:textId="69FDBB84" w:rsidR="00A116CC" w:rsidRPr="008121D3" w:rsidRDefault="00000000">
      <w:pPr>
        <w:pStyle w:val="Nagwek1"/>
        <w:rPr>
          <w:sz w:val="26"/>
          <w:szCs w:val="30"/>
          <w:lang w:val="pl-PL"/>
        </w:rPr>
      </w:pPr>
      <w:r w:rsidRPr="008121D3">
        <w:rPr>
          <w:sz w:val="26"/>
          <w:szCs w:val="30"/>
          <w:lang w:val="pl-PL"/>
        </w:rPr>
        <w:t xml:space="preserve">7. Procedury w przypadku zagrożenia bezpieczeństwa, </w:t>
      </w:r>
      <w:r w:rsidR="00993681" w:rsidRPr="008121D3">
        <w:rPr>
          <w:sz w:val="26"/>
          <w:szCs w:val="30"/>
          <w:lang w:val="pl-PL"/>
        </w:rPr>
        <w:t xml:space="preserve">posiadania lub używania </w:t>
      </w:r>
      <w:r w:rsidRPr="008121D3">
        <w:rPr>
          <w:sz w:val="26"/>
          <w:szCs w:val="30"/>
          <w:lang w:val="pl-PL"/>
        </w:rPr>
        <w:t xml:space="preserve">substancji psychoaktywnych </w:t>
      </w:r>
      <w:r w:rsidR="00993681" w:rsidRPr="008121D3">
        <w:rPr>
          <w:sz w:val="26"/>
          <w:szCs w:val="30"/>
          <w:lang w:val="pl-PL"/>
        </w:rPr>
        <w:t>oraz</w:t>
      </w:r>
      <w:r w:rsidRPr="008121D3">
        <w:rPr>
          <w:sz w:val="26"/>
          <w:szCs w:val="30"/>
          <w:lang w:val="pl-PL"/>
        </w:rPr>
        <w:t xml:space="preserve"> naruszenia </w:t>
      </w:r>
      <w:r w:rsidR="00993681" w:rsidRPr="008121D3">
        <w:rPr>
          <w:sz w:val="26"/>
          <w:szCs w:val="30"/>
          <w:lang w:val="pl-PL"/>
        </w:rPr>
        <w:t xml:space="preserve">przepisów </w:t>
      </w:r>
      <w:r w:rsidRPr="008121D3">
        <w:rPr>
          <w:sz w:val="26"/>
          <w:szCs w:val="30"/>
          <w:lang w:val="pl-PL"/>
        </w:rPr>
        <w:t>praw</w:t>
      </w:r>
      <w:r w:rsidR="00993681" w:rsidRPr="008121D3">
        <w:rPr>
          <w:sz w:val="26"/>
          <w:szCs w:val="30"/>
          <w:lang w:val="pl-PL"/>
        </w:rPr>
        <w:t>nych</w:t>
      </w:r>
    </w:p>
    <w:p w14:paraId="42957590" w14:textId="77777777" w:rsidR="00A116CC" w:rsidRPr="008121D3" w:rsidRDefault="00000000" w:rsidP="001820A9">
      <w:pPr>
        <w:jc w:val="both"/>
        <w:rPr>
          <w:lang w:val="pl-PL"/>
        </w:rPr>
      </w:pPr>
      <w:r w:rsidRPr="008121D3">
        <w:rPr>
          <w:lang w:val="pl-PL"/>
        </w:rPr>
        <w:t>7.1. W przypadku uzasadnionego podejrzenia, że uczestnik posiada alkohol, środki odurzające, substancje psychoaktywne, wyroby nikotynowe, niebezpieczne narzędzia, przedmioty mogące zagrażać bezpieczeństwu lub przedmioty mogące pochodzić z czynu zabronionego, wychowawca lub kierownik obozu podejmuje działania mające na celu zapewnienie bezpieczeństwa uczestnika oraz pozostałych osób.</w:t>
      </w:r>
    </w:p>
    <w:p w14:paraId="7ACBDD51" w14:textId="79C08F20" w:rsidR="00A116CC" w:rsidRPr="008121D3" w:rsidRDefault="00000000" w:rsidP="001820A9">
      <w:pPr>
        <w:jc w:val="both"/>
        <w:rPr>
          <w:lang w:val="pl-PL"/>
        </w:rPr>
      </w:pPr>
      <w:r w:rsidRPr="008121D3">
        <w:rPr>
          <w:lang w:val="pl-PL"/>
        </w:rPr>
        <w:t>7.2. W takiej sytuacji uczestnik może zostać poproszony, w obecności co najmniej dwóch osób dorosłych</w:t>
      </w:r>
      <w:r w:rsidR="001820A9" w:rsidRPr="008121D3">
        <w:rPr>
          <w:lang w:val="pl-PL"/>
        </w:rPr>
        <w:br/>
      </w:r>
      <w:r w:rsidRPr="008121D3">
        <w:rPr>
          <w:lang w:val="pl-PL"/>
        </w:rPr>
        <w:t>z kadry, o dobrowolne wydanie przedmiotu albo dobrowolne okazanie zawartości bagażu, plecaka, kieszeni, szafki lub innych rzeczy osobistych.</w:t>
      </w:r>
    </w:p>
    <w:p w14:paraId="79F65B9E" w14:textId="097A9045" w:rsidR="00A116CC" w:rsidRPr="008121D3" w:rsidRDefault="00000000" w:rsidP="001820A9">
      <w:pPr>
        <w:jc w:val="both"/>
        <w:rPr>
          <w:lang w:val="pl-PL"/>
        </w:rPr>
      </w:pPr>
      <w:r w:rsidRPr="008121D3">
        <w:rPr>
          <w:lang w:val="pl-PL"/>
        </w:rPr>
        <w:t>7.3. Kadra obozu nie dokonuje samodzielnego przeszukania ciała, odzieży ani rzeczy osobistych uczestnika. Czynności kadry ograniczają się do działań organizacyjnych, zabezpieczających</w:t>
      </w:r>
      <w:r w:rsidR="003C56B3">
        <w:rPr>
          <w:lang w:val="pl-PL"/>
        </w:rPr>
        <w:t xml:space="preserve"> </w:t>
      </w:r>
      <w:r w:rsidRPr="008121D3">
        <w:rPr>
          <w:lang w:val="pl-PL"/>
        </w:rPr>
        <w:t xml:space="preserve">i wychowawczych, </w:t>
      </w:r>
      <w:r w:rsidR="003C56B3">
        <w:rPr>
          <w:lang w:val="pl-PL"/>
        </w:rPr>
        <w:br/>
      </w:r>
      <w:r w:rsidRPr="008121D3">
        <w:rPr>
          <w:lang w:val="pl-PL"/>
        </w:rPr>
        <w:t>z poszanowaniem godności, prywatności i bezpieczeństwa uczestnika.</w:t>
      </w:r>
    </w:p>
    <w:p w14:paraId="7B25AB84" w14:textId="21BF87B4" w:rsidR="00A116CC" w:rsidRPr="008121D3" w:rsidRDefault="00000000" w:rsidP="001820A9">
      <w:pPr>
        <w:jc w:val="both"/>
        <w:rPr>
          <w:lang w:val="pl-PL"/>
        </w:rPr>
      </w:pPr>
      <w:r w:rsidRPr="008121D3">
        <w:rPr>
          <w:lang w:val="pl-PL"/>
        </w:rPr>
        <w:t>7.4. W przypadku odmowy dobrowolnego okazania rzeczy, uzasadnionego podejrzenia popełnienia czynu zabronionego, posiadania substancji psychoaktywnych, niebezpiecznych narzędzi albo wystąpienia zagrożenia dla życia, zdrowia lub bezpieczeństwa, kierownik obozu może zawiadomić rodzica/opiekuna prawnego, instytucję kierującą, Policję, pogotowie ratunkowe albo inne właściwe służby.</w:t>
      </w:r>
    </w:p>
    <w:p w14:paraId="6F31CF2D" w14:textId="77F73A0D" w:rsidR="00A116CC" w:rsidRPr="008121D3" w:rsidRDefault="00000000" w:rsidP="001820A9">
      <w:pPr>
        <w:jc w:val="both"/>
        <w:rPr>
          <w:b/>
          <w:bCs/>
          <w:lang w:val="pl-PL"/>
        </w:rPr>
      </w:pPr>
      <w:r w:rsidRPr="008121D3">
        <w:rPr>
          <w:b/>
          <w:bCs/>
          <w:lang w:val="pl-PL"/>
        </w:rPr>
        <w:t>7.5. W przypadku podejrzenia, że uczestnik znajduje się pod wpływem alkoholu, środków odurzających, lub innych substancji mogących wpływać na jego zachowanie, kadra nie pozostawia uczestnika bez opieki, odizolowuje go od grupy w sposób nienaruszający jego godności, informuje kierownika obozu oraz rodzica/opiekuna prawnego,</w:t>
      </w:r>
      <w:r w:rsidR="006407B7" w:rsidRPr="008121D3">
        <w:rPr>
          <w:b/>
          <w:bCs/>
          <w:lang w:val="pl-PL"/>
        </w:rPr>
        <w:t xml:space="preserve"> </w:t>
      </w:r>
      <w:r w:rsidRPr="008121D3">
        <w:rPr>
          <w:b/>
          <w:bCs/>
          <w:lang w:val="pl-PL"/>
        </w:rPr>
        <w:t>a w razie potrzeby wzywa pomoc medyczną, Policję albo inne właściwe służby.</w:t>
      </w:r>
    </w:p>
    <w:p w14:paraId="62821636" w14:textId="331E7792" w:rsidR="00A116CC" w:rsidRPr="008121D3" w:rsidRDefault="00000000" w:rsidP="001820A9">
      <w:pPr>
        <w:jc w:val="both"/>
        <w:rPr>
          <w:lang w:val="pl-PL"/>
        </w:rPr>
      </w:pPr>
      <w:r w:rsidRPr="008121D3">
        <w:rPr>
          <w:lang w:val="pl-PL"/>
        </w:rPr>
        <w:t>7.</w:t>
      </w:r>
      <w:r w:rsidR="001820A9" w:rsidRPr="008121D3">
        <w:rPr>
          <w:lang w:val="pl-PL"/>
        </w:rPr>
        <w:t>6</w:t>
      </w:r>
      <w:r w:rsidRPr="008121D3">
        <w:rPr>
          <w:lang w:val="pl-PL"/>
        </w:rPr>
        <w:t>. Z każdej poważnej sytuacji zagrażającej bezpieczeństwu, naruszenia regulaminu, interwencji medycznej, powiadomienia służb lub decyzji o wcześniejszym zakończeniu udziału uczestnika w obozie kadra sporządza notatkę służbową albo inną wymaganą dokumentację.</w:t>
      </w:r>
    </w:p>
    <w:p w14:paraId="339B0842" w14:textId="77777777" w:rsidR="00A116CC" w:rsidRPr="008121D3" w:rsidRDefault="00000000">
      <w:pPr>
        <w:pStyle w:val="Nagwek1"/>
        <w:rPr>
          <w:sz w:val="26"/>
          <w:szCs w:val="30"/>
          <w:lang w:val="pl-PL"/>
        </w:rPr>
      </w:pPr>
      <w:r w:rsidRPr="008121D3">
        <w:rPr>
          <w:sz w:val="26"/>
          <w:szCs w:val="30"/>
          <w:lang w:val="pl-PL"/>
        </w:rPr>
        <w:t>8. Konsekwencje naruszenia regulaminu</w:t>
      </w:r>
    </w:p>
    <w:p w14:paraId="5D98A25E" w14:textId="77FE3522" w:rsidR="00A116CC" w:rsidRPr="008121D3" w:rsidRDefault="00000000" w:rsidP="00C66760">
      <w:pPr>
        <w:jc w:val="both"/>
        <w:rPr>
          <w:lang w:val="pl-PL"/>
        </w:rPr>
      </w:pPr>
      <w:r w:rsidRPr="008121D3">
        <w:rPr>
          <w:lang w:val="pl-PL"/>
        </w:rPr>
        <w:t>8.1. Naruszenie regulaminu może skutkować zastosowaniem przez kadrę środków wychowawczych</w:t>
      </w:r>
      <w:r w:rsidR="00C66760" w:rsidRPr="008121D3">
        <w:rPr>
          <w:lang w:val="pl-PL"/>
        </w:rPr>
        <w:br/>
      </w:r>
      <w:r w:rsidRPr="008121D3">
        <w:rPr>
          <w:lang w:val="pl-PL"/>
        </w:rPr>
        <w:t>i organizacyjnych adekwatnych do sytuacji, wieku uczestnika, stopnia zagrożenia, powtarzalności zachowań oraz możliwości zapewnienia bezpieczeństwa grupie.</w:t>
      </w:r>
    </w:p>
    <w:p w14:paraId="4399DA8C" w14:textId="5FF87930" w:rsidR="00A116CC" w:rsidRPr="008121D3" w:rsidRDefault="00000000" w:rsidP="00C66760">
      <w:pPr>
        <w:jc w:val="both"/>
        <w:rPr>
          <w:lang w:val="pl-PL"/>
        </w:rPr>
      </w:pPr>
      <w:r w:rsidRPr="008121D3">
        <w:rPr>
          <w:lang w:val="pl-PL"/>
        </w:rPr>
        <w:t xml:space="preserve">8.2. Środkami wychowawczymi i organizacyjnymi mogą być w szczególności: rozmowa wychowawcza, rozmowa socjoterapeutyczna, zobowiązanie uczestnika do naprawienia szkody lub przeproszenia, upomnienie, czasowe ograniczenie udziału w wybranej aktywności, czasowe ograniczenie dostępu </w:t>
      </w:r>
      <w:r w:rsidR="003C56B3">
        <w:rPr>
          <w:lang w:val="pl-PL"/>
        </w:rPr>
        <w:br/>
      </w:r>
      <w:r w:rsidRPr="008121D3">
        <w:rPr>
          <w:lang w:val="pl-PL"/>
        </w:rPr>
        <w:t>do telefonu lub urządzenia elektronicznego, zwiększony nadzór, powiadomienie rodzica/opiekuna prawnego, powiadomienie instytucji kierującej albo wezwanie właściwych służb.</w:t>
      </w:r>
    </w:p>
    <w:p w14:paraId="00620401" w14:textId="77777777" w:rsidR="00A116CC" w:rsidRPr="008121D3" w:rsidRDefault="00000000" w:rsidP="00C66760">
      <w:pPr>
        <w:jc w:val="both"/>
        <w:rPr>
          <w:lang w:val="pl-PL"/>
        </w:rPr>
      </w:pPr>
      <w:r w:rsidRPr="008121D3">
        <w:rPr>
          <w:lang w:val="pl-PL"/>
        </w:rPr>
        <w:t xml:space="preserve">8.3. Za poważne naruszenie regulaminu uznaje się w szczególności: przemoc, zachowania autoagresywne lub zagrażające innym, posiadanie lub używanie substancji zabronionych, posiadanie niebezpiecznych narzędzi, samowolne oddalenie się, kradzież, poważne zniszczenie mienia, uporczywe niestosowanie się do poleceń kadry, rażące naruszanie granic innych osób, zachowania </w:t>
      </w:r>
      <w:proofErr w:type="spellStart"/>
      <w:r w:rsidRPr="008121D3">
        <w:rPr>
          <w:lang w:val="pl-PL"/>
        </w:rPr>
        <w:t>seksualizowane</w:t>
      </w:r>
      <w:proofErr w:type="spellEnd"/>
      <w:r w:rsidRPr="008121D3">
        <w:rPr>
          <w:lang w:val="pl-PL"/>
        </w:rPr>
        <w:t xml:space="preserve"> naruszające bezpieczeństwo lub godność innych oraz inne zachowania mogące stanowić naruszenie prawa.</w:t>
      </w:r>
    </w:p>
    <w:p w14:paraId="4B40575B" w14:textId="77777777" w:rsidR="00A116CC" w:rsidRPr="008121D3" w:rsidRDefault="00000000" w:rsidP="00C66760">
      <w:pPr>
        <w:jc w:val="both"/>
        <w:rPr>
          <w:b/>
          <w:bCs/>
          <w:lang w:val="pl-PL"/>
        </w:rPr>
      </w:pPr>
      <w:r w:rsidRPr="008121D3">
        <w:rPr>
          <w:b/>
          <w:bCs/>
          <w:lang w:val="pl-PL"/>
        </w:rPr>
        <w:t>8.4. W przypadku poważnego naruszenia regulaminu, zagrożenia życia, zdrowia lub bezpieczeństwa uczestnika albo grupy, organizator może podjąć decyzję o wcześniejszym zakończeniu udziału uczestnika w obozie.</w:t>
      </w:r>
    </w:p>
    <w:p w14:paraId="7E64125A" w14:textId="539DAF81" w:rsidR="00A116CC" w:rsidRPr="008121D3" w:rsidRDefault="00000000" w:rsidP="00C66760">
      <w:pPr>
        <w:jc w:val="both"/>
        <w:rPr>
          <w:lang w:val="pl-PL"/>
        </w:rPr>
      </w:pPr>
      <w:r w:rsidRPr="008121D3">
        <w:rPr>
          <w:lang w:val="pl-PL"/>
        </w:rPr>
        <w:lastRenderedPageBreak/>
        <w:t xml:space="preserve">8.5. W przypadku decyzji o wcześniejszym zakończeniu udziału uczestnika w obozie rodzic/opiekun prawny albo instytucja kierująca, w zależności od okoliczności i ustaleń organizacyjnych, jest zobowiązany </w:t>
      </w:r>
      <w:r w:rsidR="003C56B3">
        <w:rPr>
          <w:lang w:val="pl-PL"/>
        </w:rPr>
        <w:br/>
      </w:r>
      <w:r w:rsidRPr="008121D3">
        <w:rPr>
          <w:lang w:val="pl-PL"/>
        </w:rPr>
        <w:t>do niezwłocznego współdziałania z organizatorem w zakresie bezpiecznego odbioru uczestnika lub ustalenia sposobu jego powrotu</w:t>
      </w:r>
      <w:r w:rsidR="00C66760" w:rsidRPr="008121D3">
        <w:rPr>
          <w:lang w:val="pl-PL"/>
        </w:rPr>
        <w:t xml:space="preserve"> na koszt rodzica/opiekuna prawnego. Organizator nie zwraca w takiej sytuacji kosztów poniesionych w związku z zapisem uczestnika na obóz.</w:t>
      </w:r>
    </w:p>
    <w:p w14:paraId="2DA16A6F" w14:textId="1AA86277" w:rsidR="00C66760" w:rsidRPr="008121D3" w:rsidRDefault="00C66760" w:rsidP="00C66760">
      <w:pPr>
        <w:jc w:val="both"/>
        <w:rPr>
          <w:lang w:val="pl-PL"/>
        </w:rPr>
      </w:pPr>
    </w:p>
    <w:p w14:paraId="6C7769B8" w14:textId="77777777" w:rsidR="00A116CC" w:rsidRPr="008121D3" w:rsidRDefault="00000000">
      <w:pPr>
        <w:pStyle w:val="Nagwek1"/>
        <w:rPr>
          <w:sz w:val="26"/>
          <w:szCs w:val="30"/>
          <w:lang w:val="pl-PL"/>
        </w:rPr>
      </w:pPr>
      <w:r w:rsidRPr="008121D3">
        <w:rPr>
          <w:sz w:val="26"/>
          <w:szCs w:val="30"/>
          <w:lang w:val="pl-PL"/>
        </w:rPr>
        <w:t>9. Kontakt z rodzicami/opiekunami i instytucją kierującą</w:t>
      </w:r>
    </w:p>
    <w:p w14:paraId="3C1F9F18" w14:textId="77777777" w:rsidR="00A116CC" w:rsidRPr="008121D3" w:rsidRDefault="00000000" w:rsidP="00C66760">
      <w:pPr>
        <w:jc w:val="both"/>
        <w:rPr>
          <w:lang w:val="pl-PL"/>
        </w:rPr>
      </w:pPr>
      <w:r w:rsidRPr="008121D3">
        <w:rPr>
          <w:lang w:val="pl-PL"/>
        </w:rPr>
        <w:t>9.1. Rodzic/opiekun prawny jest zobowiązany do podania aktualnych numerów telefonów oraz pozostawania dostępnym w czasie trwania obozu, zwłaszcza w sytuacjach wymagających pilnego kontaktu.</w:t>
      </w:r>
    </w:p>
    <w:p w14:paraId="24274140" w14:textId="77777777" w:rsidR="00A116CC" w:rsidRPr="008121D3" w:rsidRDefault="00000000" w:rsidP="00C66760">
      <w:pPr>
        <w:jc w:val="both"/>
        <w:rPr>
          <w:lang w:val="pl-PL"/>
        </w:rPr>
      </w:pPr>
      <w:r w:rsidRPr="008121D3">
        <w:rPr>
          <w:lang w:val="pl-PL"/>
        </w:rPr>
        <w:t>9.2. W sprawach pilnych rodzic/opiekun prawny kontaktuje się z kierownikiem obozu albo inną osobą wskazaną przez kierownika. Dane kontaktowe zostaną przekazane rodzicom/opiekunom przed rozpoczęciem obozu albo najpóźniej w dniu rozpoczęcia turnusu.</w:t>
      </w:r>
    </w:p>
    <w:p w14:paraId="10FEEC73" w14:textId="77777777" w:rsidR="00A116CC" w:rsidRPr="008121D3" w:rsidRDefault="00000000" w:rsidP="00C66760">
      <w:pPr>
        <w:jc w:val="both"/>
        <w:rPr>
          <w:b/>
          <w:bCs/>
          <w:lang w:val="pl-PL"/>
        </w:rPr>
      </w:pPr>
      <w:r w:rsidRPr="008121D3">
        <w:rPr>
          <w:b/>
          <w:bCs/>
          <w:lang w:val="pl-PL"/>
        </w:rPr>
        <w:t>9.3. Bezpośredni kontakt rodzica/opiekuna z wychowawcą grupy nie stanowi podstawowego kanału komunikacji, ponieważ wychowawca w czasie trwania obozu realizuje bieżącą opiekę nad uczestnikami. Informacje przekazywane wychowawcy mogą być przekazywane za pośrednictwem kierownika obozu.</w:t>
      </w:r>
    </w:p>
    <w:p w14:paraId="1EC1B419" w14:textId="4FA63432" w:rsidR="00A116CC" w:rsidRPr="008121D3" w:rsidRDefault="00000000" w:rsidP="00C66760">
      <w:pPr>
        <w:jc w:val="both"/>
        <w:rPr>
          <w:lang w:val="pl-PL"/>
        </w:rPr>
      </w:pPr>
      <w:r w:rsidRPr="008121D3">
        <w:rPr>
          <w:lang w:val="pl-PL"/>
        </w:rPr>
        <w:t>9.4. Organizator może kontaktować się z rodzicem/opiekunem prawnym lub instytucją kierującą</w:t>
      </w:r>
      <w:r w:rsidR="00C66760" w:rsidRPr="008121D3">
        <w:rPr>
          <w:lang w:val="pl-PL"/>
        </w:rPr>
        <w:br/>
      </w:r>
      <w:r w:rsidRPr="008121D3">
        <w:rPr>
          <w:lang w:val="pl-PL"/>
        </w:rPr>
        <w:t>w szczególności w przypadku problemów zdrowotnych, trudności emocjonalnych, zachowań zagrażających bezpieczeństwu, poważnych konfliktów, naruszenia regulaminu, potrzeby konsultacji albo konieczności podjęcia decyzji dotyczących dalszego pobytu uczestnika.</w:t>
      </w:r>
    </w:p>
    <w:p w14:paraId="0826DF07" w14:textId="0212F0A4" w:rsidR="00A116CC" w:rsidRPr="008121D3" w:rsidRDefault="00000000" w:rsidP="00C66760">
      <w:pPr>
        <w:jc w:val="both"/>
        <w:rPr>
          <w:lang w:val="pl-PL"/>
        </w:rPr>
      </w:pPr>
      <w:r w:rsidRPr="008121D3">
        <w:rPr>
          <w:lang w:val="pl-PL"/>
        </w:rPr>
        <w:t>9.5. Odwiedziny uczestnika podczas obozu są możliwe wyłącznie po wcześniejszym uzgodnieniu</w:t>
      </w:r>
      <w:r w:rsidR="00C66760" w:rsidRPr="008121D3">
        <w:rPr>
          <w:lang w:val="pl-PL"/>
        </w:rPr>
        <w:br/>
      </w:r>
      <w:r w:rsidRPr="008121D3">
        <w:rPr>
          <w:lang w:val="pl-PL"/>
        </w:rPr>
        <w:t>z kierownikiem obozu i na zasadach zapewniających bezpieczeństwo, porządek organizacyjny oraz komfort pozostałych uczestników.</w:t>
      </w:r>
    </w:p>
    <w:p w14:paraId="5646CF02" w14:textId="77777777" w:rsidR="00A116CC" w:rsidRPr="008121D3" w:rsidRDefault="00000000">
      <w:pPr>
        <w:pStyle w:val="Nagwek1"/>
        <w:rPr>
          <w:sz w:val="26"/>
          <w:szCs w:val="30"/>
          <w:lang w:val="pl-PL"/>
        </w:rPr>
      </w:pPr>
      <w:r w:rsidRPr="008121D3">
        <w:rPr>
          <w:sz w:val="26"/>
          <w:szCs w:val="30"/>
          <w:lang w:val="pl-PL"/>
        </w:rPr>
        <w:t>10. Rzeczy osobiste, depozyt i odpowiedzialność za mienie</w:t>
      </w:r>
    </w:p>
    <w:p w14:paraId="758053CB" w14:textId="77777777" w:rsidR="00A116CC" w:rsidRPr="008121D3" w:rsidRDefault="00000000" w:rsidP="00C66760">
      <w:pPr>
        <w:jc w:val="both"/>
        <w:rPr>
          <w:lang w:val="pl-PL"/>
        </w:rPr>
      </w:pPr>
      <w:r w:rsidRPr="008121D3">
        <w:rPr>
          <w:lang w:val="pl-PL"/>
        </w:rPr>
        <w:t>10.1. Uczestnik zobowiązany jest do dbania o swoje rzeczy osobiste, niepozostawiania ich bez nadzoru oraz nieprzekazywania ich innym uczestnikom bez wiedzy kadry.</w:t>
      </w:r>
    </w:p>
    <w:p w14:paraId="571B8B4E" w14:textId="77777777" w:rsidR="00A116CC" w:rsidRPr="008121D3" w:rsidRDefault="00000000" w:rsidP="00C66760">
      <w:pPr>
        <w:jc w:val="both"/>
        <w:rPr>
          <w:lang w:val="pl-PL"/>
        </w:rPr>
      </w:pPr>
      <w:r w:rsidRPr="008121D3">
        <w:rPr>
          <w:lang w:val="pl-PL"/>
        </w:rPr>
        <w:t>10.2. Rzeczy wartościowe, pieniądze, dokumenty, telefony, urządzenia elektroniczne albo inne przedmioty wskazane przez kadrę mogą zostać przekazane do depozytu na zasadach ustalonych przez kierownika obozu.</w:t>
      </w:r>
    </w:p>
    <w:p w14:paraId="56BC1337" w14:textId="77777777" w:rsidR="00A116CC" w:rsidRPr="008121D3" w:rsidRDefault="00000000" w:rsidP="00C66760">
      <w:pPr>
        <w:jc w:val="both"/>
        <w:rPr>
          <w:lang w:val="pl-PL"/>
        </w:rPr>
      </w:pPr>
      <w:r w:rsidRPr="008121D3">
        <w:rPr>
          <w:lang w:val="pl-PL"/>
        </w:rPr>
        <w:t>10.3. Organizator nie odpowiada za rzeczy niezgłoszone do depozytu, zgubione, pozostawione bez nadzoru, zniszczone wskutek niewłaściwego użytkowania, użyczone innym uczestnikom albo przywiezione wbrew zaleceniom organizatora.</w:t>
      </w:r>
    </w:p>
    <w:p w14:paraId="083A03B2" w14:textId="77777777" w:rsidR="00A116CC" w:rsidRPr="008121D3" w:rsidRDefault="00000000" w:rsidP="00C66760">
      <w:pPr>
        <w:jc w:val="both"/>
        <w:rPr>
          <w:b/>
          <w:bCs/>
          <w:lang w:val="pl-PL"/>
        </w:rPr>
      </w:pPr>
      <w:r w:rsidRPr="008121D3">
        <w:rPr>
          <w:b/>
          <w:bCs/>
          <w:lang w:val="pl-PL"/>
        </w:rPr>
        <w:t>10.4. Za szkody wyrządzone umyślnie albo wskutek rażącego naruszenia regulaminu mogą zostać wyciągnięte konsekwencje organizacyjne i wychowawcze, a w uzasadnionych przypadkach sprawa może zostać przekazana rodzicowi/opiekunowi prawnemu, instytucji kierującej, właścicielowi obiektu albo właściwym służbom.</w:t>
      </w:r>
    </w:p>
    <w:p w14:paraId="78E21256" w14:textId="6766D4B1" w:rsidR="00A116CC" w:rsidRPr="00B8072C" w:rsidRDefault="00000000">
      <w:pPr>
        <w:pStyle w:val="Nagwek1"/>
        <w:rPr>
          <w:sz w:val="26"/>
          <w:szCs w:val="26"/>
          <w:lang w:val="pl-PL"/>
        </w:rPr>
      </w:pPr>
      <w:r w:rsidRPr="00B8072C">
        <w:rPr>
          <w:sz w:val="26"/>
          <w:szCs w:val="26"/>
          <w:lang w:val="pl-PL"/>
        </w:rPr>
        <w:t>11.  Postanowienia końcowe</w:t>
      </w:r>
    </w:p>
    <w:p w14:paraId="13E654CC" w14:textId="5A22FA36" w:rsidR="00A116CC" w:rsidRPr="008121D3" w:rsidRDefault="00000000" w:rsidP="00C66760">
      <w:pPr>
        <w:jc w:val="both"/>
        <w:rPr>
          <w:b/>
          <w:bCs/>
          <w:lang w:val="pl-PL"/>
        </w:rPr>
      </w:pPr>
      <w:r w:rsidRPr="008121D3">
        <w:rPr>
          <w:b/>
          <w:bCs/>
          <w:lang w:val="pl-PL"/>
        </w:rPr>
        <w:t>1</w:t>
      </w:r>
      <w:r w:rsidR="008121D3" w:rsidRPr="008121D3">
        <w:rPr>
          <w:b/>
          <w:bCs/>
          <w:lang w:val="pl-PL"/>
        </w:rPr>
        <w:t>1</w:t>
      </w:r>
      <w:r w:rsidRPr="008121D3">
        <w:rPr>
          <w:b/>
          <w:bCs/>
          <w:lang w:val="pl-PL"/>
        </w:rPr>
        <w:t>.1. Podpisanie regulaminu przez rodzica/opiekuna prawnego oraz uczestnika oznacza zapoznanie się z jego treścią, przyjęcie zasad uczestnictwa i zobowiązanie do ich przestrzegania.</w:t>
      </w:r>
    </w:p>
    <w:p w14:paraId="064FCACA" w14:textId="2AF2B7E7" w:rsidR="00A116CC" w:rsidRPr="008121D3" w:rsidRDefault="00000000" w:rsidP="00C66760">
      <w:pPr>
        <w:jc w:val="both"/>
        <w:rPr>
          <w:lang w:val="pl-PL"/>
        </w:rPr>
      </w:pPr>
      <w:r w:rsidRPr="008121D3">
        <w:rPr>
          <w:lang w:val="pl-PL"/>
        </w:rPr>
        <w:t>1</w:t>
      </w:r>
      <w:r w:rsidR="008121D3">
        <w:rPr>
          <w:lang w:val="pl-PL"/>
        </w:rPr>
        <w:t>1</w:t>
      </w:r>
      <w:r w:rsidRPr="008121D3">
        <w:rPr>
          <w:lang w:val="pl-PL"/>
        </w:rPr>
        <w:t>.2. Organizator zastrzega sobie prawo do doprecyzowania zasad organizacyjnych wynikających</w:t>
      </w:r>
      <w:r w:rsidR="00C66760" w:rsidRPr="008121D3">
        <w:rPr>
          <w:lang w:val="pl-PL"/>
        </w:rPr>
        <w:br/>
      </w:r>
      <w:r w:rsidRPr="008121D3">
        <w:rPr>
          <w:lang w:val="pl-PL"/>
        </w:rPr>
        <w:t>z lokalizacji, programu, harmonogramu, warunków pogodowych, bezpieczeństwa albo zaleceń służb</w:t>
      </w:r>
      <w:r w:rsidR="00C66760" w:rsidRPr="008121D3">
        <w:rPr>
          <w:lang w:val="pl-PL"/>
        </w:rPr>
        <w:br/>
      </w:r>
      <w:r w:rsidRPr="008121D3">
        <w:rPr>
          <w:lang w:val="pl-PL"/>
        </w:rPr>
        <w:t>i podmiotów odpowiedzialnych za dane miejsce pobytu.</w:t>
      </w:r>
    </w:p>
    <w:p w14:paraId="3E234F18" w14:textId="582D0ECD" w:rsidR="00A116CC" w:rsidRPr="008121D3" w:rsidRDefault="00000000" w:rsidP="00C66760">
      <w:pPr>
        <w:jc w:val="both"/>
        <w:rPr>
          <w:lang w:val="pl-PL"/>
        </w:rPr>
      </w:pPr>
      <w:r w:rsidRPr="008121D3">
        <w:rPr>
          <w:lang w:val="pl-PL"/>
        </w:rPr>
        <w:t>1</w:t>
      </w:r>
      <w:r w:rsidR="008121D3">
        <w:rPr>
          <w:lang w:val="pl-PL"/>
        </w:rPr>
        <w:t>1</w:t>
      </w:r>
      <w:r w:rsidRPr="008121D3">
        <w:rPr>
          <w:lang w:val="pl-PL"/>
        </w:rPr>
        <w:t xml:space="preserve">.3. Zmiany lub doprecyzowania regulaminu w trakcie trwania obozu mogą być wprowadzane wyłącznie </w:t>
      </w:r>
      <w:r w:rsidR="003C56B3">
        <w:rPr>
          <w:lang w:val="pl-PL"/>
        </w:rPr>
        <w:br/>
      </w:r>
      <w:r w:rsidRPr="008121D3">
        <w:rPr>
          <w:lang w:val="pl-PL"/>
        </w:rPr>
        <w:t>w zakresie niezbędnym do zapewnienia bezpieczeństwa, porządku organizacyjnego, zgodności</w:t>
      </w:r>
      <w:r w:rsidR="003C56B3">
        <w:rPr>
          <w:lang w:val="pl-PL"/>
        </w:rPr>
        <w:t xml:space="preserve"> </w:t>
      </w:r>
      <w:r w:rsidR="003C56B3">
        <w:rPr>
          <w:lang w:val="pl-PL"/>
        </w:rPr>
        <w:br/>
      </w:r>
      <w:r w:rsidRPr="008121D3">
        <w:rPr>
          <w:lang w:val="pl-PL"/>
        </w:rPr>
        <w:t>z przepisami prawa albo właściwej realizacji programu. O istotnych zmianach uczestnicy</w:t>
      </w:r>
      <w:r w:rsidR="003C56B3">
        <w:rPr>
          <w:lang w:val="pl-PL"/>
        </w:rPr>
        <w:t xml:space="preserve"> </w:t>
      </w:r>
      <w:r w:rsidR="003C56B3">
        <w:rPr>
          <w:lang w:val="pl-PL"/>
        </w:rPr>
        <w:br/>
      </w:r>
      <w:r w:rsidRPr="008121D3">
        <w:rPr>
          <w:lang w:val="pl-PL"/>
        </w:rPr>
        <w:t>i rodzice/opiekunowie zostaną poinformowani.</w:t>
      </w:r>
    </w:p>
    <w:p w14:paraId="6B9E2FE5" w14:textId="095C3D44" w:rsidR="00A116CC" w:rsidRPr="008121D3" w:rsidRDefault="00000000" w:rsidP="00C66760">
      <w:pPr>
        <w:jc w:val="both"/>
        <w:rPr>
          <w:lang w:val="pl-PL"/>
        </w:rPr>
      </w:pPr>
      <w:r w:rsidRPr="008121D3">
        <w:rPr>
          <w:lang w:val="pl-PL"/>
        </w:rPr>
        <w:lastRenderedPageBreak/>
        <w:t>1</w:t>
      </w:r>
      <w:r w:rsidR="008121D3">
        <w:rPr>
          <w:lang w:val="pl-PL"/>
        </w:rPr>
        <w:t>1</w:t>
      </w:r>
      <w:r w:rsidRPr="008121D3">
        <w:rPr>
          <w:lang w:val="pl-PL"/>
        </w:rPr>
        <w:t>.4. W sprawach nieuregulowanych niniejszym regulaminem decyzje podejmuje kierownik obozu lub organizator, z uwzględnieniem obowiązujących przepisów prawa, dobra uczestnika, bezpieczeństwa grupy oraz założeń socjoterapeutycznego charakteru obozu.</w:t>
      </w:r>
    </w:p>
    <w:p w14:paraId="2EA05EC7" w14:textId="4CB19AE4" w:rsidR="00A116CC" w:rsidRPr="008121D3" w:rsidRDefault="00000000" w:rsidP="00C66760">
      <w:pPr>
        <w:jc w:val="both"/>
        <w:rPr>
          <w:lang w:val="pl-PL"/>
        </w:rPr>
      </w:pPr>
      <w:r w:rsidRPr="008121D3">
        <w:rPr>
          <w:lang w:val="pl-PL"/>
        </w:rPr>
        <w:t>1</w:t>
      </w:r>
      <w:r w:rsidR="008121D3">
        <w:rPr>
          <w:lang w:val="pl-PL"/>
        </w:rPr>
        <w:t>1</w:t>
      </w:r>
      <w:r w:rsidRPr="008121D3">
        <w:rPr>
          <w:lang w:val="pl-PL"/>
        </w:rPr>
        <w:t>.5. Regulamin obowiązuje przez cały czas pozostawania uczestnika pod opieką organizatora.</w:t>
      </w:r>
    </w:p>
    <w:p w14:paraId="5A5DE934" w14:textId="77777777" w:rsidR="00C66760" w:rsidRPr="008121D3" w:rsidRDefault="00C66760" w:rsidP="00C66760">
      <w:pPr>
        <w:jc w:val="both"/>
        <w:rPr>
          <w:b/>
          <w:bCs/>
          <w:lang w:val="pl-PL"/>
        </w:rPr>
      </w:pPr>
    </w:p>
    <w:p w14:paraId="210C44C1" w14:textId="22778DE9" w:rsidR="00C66760" w:rsidRPr="008121D3" w:rsidRDefault="00C66760" w:rsidP="00C66760">
      <w:pPr>
        <w:jc w:val="both"/>
        <w:rPr>
          <w:b/>
          <w:bCs/>
          <w:lang w:val="pl-PL"/>
        </w:rPr>
      </w:pPr>
      <w:r w:rsidRPr="008121D3">
        <w:rPr>
          <w:b/>
          <w:bCs/>
          <w:lang w:val="pl-PL"/>
        </w:rPr>
        <w:t>Oświadczam, że zapoznałem/</w:t>
      </w:r>
      <w:proofErr w:type="spellStart"/>
      <w:r w:rsidRPr="008121D3">
        <w:rPr>
          <w:b/>
          <w:bCs/>
          <w:lang w:val="pl-PL"/>
        </w:rPr>
        <w:t>am</w:t>
      </w:r>
      <w:proofErr w:type="spellEnd"/>
      <w:r w:rsidRPr="008121D3">
        <w:rPr>
          <w:b/>
          <w:bCs/>
          <w:lang w:val="pl-PL"/>
        </w:rPr>
        <w:t xml:space="preserve"> się z Regulaminem obozu socjoterapeutycznego, rozumiem jego treść oraz zobowiązuję się do jego przestrzegania. </w:t>
      </w:r>
    </w:p>
    <w:p w14:paraId="6EEDF32B" w14:textId="77777777" w:rsidR="00C66760" w:rsidRPr="008121D3" w:rsidRDefault="00C66760" w:rsidP="00C66760">
      <w:pPr>
        <w:jc w:val="both"/>
        <w:rPr>
          <w:b/>
          <w:bCs/>
          <w:lang w:val="pl-PL"/>
        </w:rPr>
      </w:pPr>
    </w:p>
    <w:tbl>
      <w:tblPr>
        <w:tblpPr w:leftFromText="141" w:rightFromText="141" w:vertAnchor="text" w:horzAnchor="margin" w:tblpY="8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056"/>
        <w:gridCol w:w="5906"/>
      </w:tblGrid>
      <w:tr w:rsidR="006407B7" w14:paraId="28E9097E" w14:textId="77777777" w:rsidTr="006407B7">
        <w:trPr>
          <w:trHeight w:val="387"/>
        </w:trPr>
        <w:tc>
          <w:tcPr>
            <w:tcW w:w="4110" w:type="dxa"/>
            <w:shd w:val="clear" w:color="auto" w:fill="F2F2F2"/>
            <w:vAlign w:val="center"/>
          </w:tcPr>
          <w:p w14:paraId="070F2622" w14:textId="3092DDC5" w:rsidR="006407B7" w:rsidRPr="006407B7" w:rsidRDefault="006407B7" w:rsidP="006407B7">
            <w:pPr>
              <w:spacing w:after="0"/>
              <w:rPr>
                <w:sz w:val="22"/>
              </w:rPr>
            </w:pPr>
            <w:proofErr w:type="spellStart"/>
            <w:r w:rsidRPr="006407B7">
              <w:rPr>
                <w:sz w:val="22"/>
              </w:rPr>
              <w:t>Miejscowość</w:t>
            </w:r>
            <w:proofErr w:type="spellEnd"/>
            <w:r w:rsidRPr="006407B7">
              <w:rPr>
                <w:sz w:val="22"/>
              </w:rPr>
              <w:t xml:space="preserve"> </w:t>
            </w:r>
            <w:proofErr w:type="spellStart"/>
            <w:r w:rsidRPr="006407B7">
              <w:rPr>
                <w:sz w:val="22"/>
              </w:rPr>
              <w:t>i</w:t>
            </w:r>
            <w:proofErr w:type="spellEnd"/>
            <w:r w:rsidRPr="006407B7">
              <w:rPr>
                <w:sz w:val="22"/>
              </w:rPr>
              <w:t xml:space="preserve"> data</w:t>
            </w:r>
          </w:p>
        </w:tc>
        <w:tc>
          <w:tcPr>
            <w:tcW w:w="6023" w:type="dxa"/>
            <w:vAlign w:val="center"/>
          </w:tcPr>
          <w:p w14:paraId="6B369B19" w14:textId="77777777" w:rsidR="006407B7" w:rsidRDefault="006407B7" w:rsidP="006407B7">
            <w:r>
              <w:t xml:space="preserve"> </w:t>
            </w:r>
          </w:p>
        </w:tc>
      </w:tr>
      <w:tr w:rsidR="006407B7" w14:paraId="0340E7F2" w14:textId="77777777" w:rsidTr="006407B7">
        <w:trPr>
          <w:trHeight w:val="387"/>
        </w:trPr>
        <w:tc>
          <w:tcPr>
            <w:tcW w:w="4110" w:type="dxa"/>
            <w:shd w:val="clear" w:color="auto" w:fill="F2F2F2"/>
            <w:vAlign w:val="center"/>
          </w:tcPr>
          <w:p w14:paraId="0F1DE08C" w14:textId="77777777" w:rsidR="006407B7" w:rsidRPr="006407B7" w:rsidRDefault="006407B7" w:rsidP="006407B7">
            <w:pPr>
              <w:spacing w:after="0"/>
              <w:rPr>
                <w:sz w:val="22"/>
              </w:rPr>
            </w:pPr>
            <w:proofErr w:type="spellStart"/>
            <w:r w:rsidRPr="006407B7">
              <w:rPr>
                <w:sz w:val="22"/>
              </w:rPr>
              <w:t>Podpis</w:t>
            </w:r>
            <w:proofErr w:type="spellEnd"/>
            <w:r w:rsidRPr="006407B7">
              <w:rPr>
                <w:sz w:val="22"/>
              </w:rPr>
              <w:t xml:space="preserve"> </w:t>
            </w:r>
            <w:proofErr w:type="spellStart"/>
            <w:r w:rsidRPr="006407B7">
              <w:rPr>
                <w:sz w:val="22"/>
              </w:rPr>
              <w:t>uczestnika</w:t>
            </w:r>
            <w:proofErr w:type="spellEnd"/>
          </w:p>
        </w:tc>
        <w:tc>
          <w:tcPr>
            <w:tcW w:w="6023" w:type="dxa"/>
            <w:vAlign w:val="center"/>
          </w:tcPr>
          <w:p w14:paraId="083C1010" w14:textId="77777777" w:rsidR="006407B7" w:rsidRDefault="006407B7" w:rsidP="006407B7">
            <w:r>
              <w:t xml:space="preserve"> </w:t>
            </w:r>
          </w:p>
        </w:tc>
      </w:tr>
      <w:tr w:rsidR="006407B7" w14:paraId="21540D67" w14:textId="77777777" w:rsidTr="006407B7">
        <w:trPr>
          <w:trHeight w:val="387"/>
        </w:trPr>
        <w:tc>
          <w:tcPr>
            <w:tcW w:w="4110" w:type="dxa"/>
            <w:shd w:val="clear" w:color="auto" w:fill="F2F2F2"/>
            <w:vAlign w:val="center"/>
          </w:tcPr>
          <w:p w14:paraId="6C0ECFE1" w14:textId="77777777" w:rsidR="006407B7" w:rsidRPr="006407B7" w:rsidRDefault="006407B7" w:rsidP="006407B7">
            <w:pPr>
              <w:spacing w:after="0"/>
              <w:rPr>
                <w:sz w:val="22"/>
              </w:rPr>
            </w:pPr>
            <w:proofErr w:type="spellStart"/>
            <w:r w:rsidRPr="006407B7">
              <w:rPr>
                <w:sz w:val="22"/>
              </w:rPr>
              <w:t>Podpis</w:t>
            </w:r>
            <w:proofErr w:type="spellEnd"/>
            <w:r w:rsidRPr="006407B7">
              <w:rPr>
                <w:sz w:val="22"/>
              </w:rPr>
              <w:t xml:space="preserve"> </w:t>
            </w:r>
            <w:proofErr w:type="spellStart"/>
            <w:r w:rsidRPr="006407B7">
              <w:rPr>
                <w:sz w:val="22"/>
              </w:rPr>
              <w:t>rodzica</w:t>
            </w:r>
            <w:proofErr w:type="spellEnd"/>
            <w:r w:rsidRPr="006407B7">
              <w:rPr>
                <w:sz w:val="22"/>
              </w:rPr>
              <w:t xml:space="preserve"> / </w:t>
            </w:r>
            <w:proofErr w:type="spellStart"/>
            <w:r w:rsidRPr="006407B7">
              <w:rPr>
                <w:sz w:val="22"/>
              </w:rPr>
              <w:t>opiekuna</w:t>
            </w:r>
            <w:proofErr w:type="spellEnd"/>
            <w:r w:rsidRPr="006407B7">
              <w:rPr>
                <w:sz w:val="22"/>
              </w:rPr>
              <w:t xml:space="preserve"> </w:t>
            </w:r>
            <w:proofErr w:type="spellStart"/>
            <w:r w:rsidRPr="006407B7">
              <w:rPr>
                <w:sz w:val="22"/>
              </w:rPr>
              <w:t>prawnego</w:t>
            </w:r>
            <w:proofErr w:type="spellEnd"/>
          </w:p>
        </w:tc>
        <w:tc>
          <w:tcPr>
            <w:tcW w:w="6023" w:type="dxa"/>
            <w:vAlign w:val="center"/>
          </w:tcPr>
          <w:p w14:paraId="0F49E7F3" w14:textId="77777777" w:rsidR="006407B7" w:rsidRDefault="006407B7" w:rsidP="006407B7"/>
        </w:tc>
      </w:tr>
    </w:tbl>
    <w:p w14:paraId="637FE7F4" w14:textId="77777777" w:rsidR="00C66760" w:rsidRDefault="00C66760" w:rsidP="00C66760">
      <w:pPr>
        <w:jc w:val="both"/>
        <w:rPr>
          <w:b/>
          <w:bCs/>
        </w:rPr>
      </w:pPr>
    </w:p>
    <w:p w14:paraId="39F6A823" w14:textId="44C8BADE" w:rsidR="00C66760" w:rsidRDefault="00C66760" w:rsidP="00C66760">
      <w:pPr>
        <w:jc w:val="both"/>
        <w:rPr>
          <w:b/>
          <w:bCs/>
        </w:rPr>
      </w:pPr>
    </w:p>
    <w:p w14:paraId="394B6BCE" w14:textId="77777777" w:rsidR="00C66760" w:rsidRDefault="00C66760" w:rsidP="00C66760">
      <w:pPr>
        <w:jc w:val="both"/>
        <w:rPr>
          <w:b/>
          <w:bCs/>
        </w:rPr>
      </w:pPr>
    </w:p>
    <w:p w14:paraId="776ECF6E" w14:textId="77777777" w:rsidR="00C66760" w:rsidRPr="00C66760" w:rsidRDefault="00C66760" w:rsidP="00C66760">
      <w:pPr>
        <w:jc w:val="both"/>
        <w:rPr>
          <w:b/>
          <w:bCs/>
        </w:rPr>
      </w:pPr>
    </w:p>
    <w:sectPr w:rsidR="00C66760" w:rsidRPr="00C66760" w:rsidSect="00034616">
      <w:headerReference w:type="default" r:id="rId8"/>
      <w:footerReference w:type="default" r:id="rId9"/>
      <w:pgSz w:w="12240" w:h="15840"/>
      <w:pgMar w:top="1020" w:right="1134" w:bottom="964"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F5981" w14:textId="77777777" w:rsidR="001D402C" w:rsidRDefault="001D402C">
      <w:pPr>
        <w:spacing w:after="0" w:line="240" w:lineRule="auto"/>
      </w:pPr>
      <w:r>
        <w:separator/>
      </w:r>
    </w:p>
  </w:endnote>
  <w:endnote w:type="continuationSeparator" w:id="0">
    <w:p w14:paraId="224EF353" w14:textId="77777777" w:rsidR="001D402C" w:rsidRDefault="001D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444659"/>
      <w:docPartObj>
        <w:docPartGallery w:val="Page Numbers (Bottom of Page)"/>
        <w:docPartUnique/>
      </w:docPartObj>
    </w:sdtPr>
    <w:sdtContent>
      <w:p w14:paraId="1DA35045" w14:textId="198FB5A1" w:rsidR="00993681" w:rsidRDefault="00993681">
        <w:pPr>
          <w:pStyle w:val="Stopka"/>
          <w:jc w:val="center"/>
        </w:pPr>
        <w:r>
          <w:fldChar w:fldCharType="begin"/>
        </w:r>
        <w:r>
          <w:instrText>PAGE   \* MERGEFORMAT</w:instrText>
        </w:r>
        <w:r>
          <w:fldChar w:fldCharType="separate"/>
        </w:r>
        <w:r>
          <w:rPr>
            <w:lang w:val="pl-PL"/>
          </w:rPr>
          <w:t>2</w:t>
        </w:r>
        <w:r>
          <w:fldChar w:fldCharType="end"/>
        </w:r>
      </w:p>
    </w:sdtContent>
  </w:sdt>
  <w:p w14:paraId="2E14B31D" w14:textId="129FF5BF" w:rsidR="00A116CC" w:rsidRDefault="00A116C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74AAC" w14:textId="77777777" w:rsidR="001D402C" w:rsidRDefault="001D402C">
      <w:pPr>
        <w:spacing w:after="0" w:line="240" w:lineRule="auto"/>
      </w:pPr>
      <w:r>
        <w:separator/>
      </w:r>
    </w:p>
  </w:footnote>
  <w:footnote w:type="continuationSeparator" w:id="0">
    <w:p w14:paraId="1BA5D3E2" w14:textId="77777777" w:rsidR="001D402C" w:rsidRDefault="001D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5FA6" w14:textId="2EC9D0A9" w:rsidR="00993681" w:rsidRDefault="00000000">
    <w:pPr>
      <w:pStyle w:val="Nagwek"/>
      <w:jc w:val="center"/>
      <w:rPr>
        <w:sz w:val="17"/>
      </w:rPr>
    </w:pPr>
    <w:r w:rsidRPr="008121D3">
      <w:rPr>
        <w:sz w:val="17"/>
        <w:lang w:val="pl-PL"/>
      </w:rPr>
      <w:t xml:space="preserve">Fundacja Centrum Działań Profilaktycznych | ul. </w:t>
    </w:r>
    <w:proofErr w:type="spellStart"/>
    <w:r>
      <w:rPr>
        <w:sz w:val="17"/>
      </w:rPr>
      <w:t>Kościuszki</w:t>
    </w:r>
    <w:proofErr w:type="spellEnd"/>
    <w:r>
      <w:rPr>
        <w:sz w:val="17"/>
      </w:rPr>
      <w:t xml:space="preserve"> 39a, 32-020 </w:t>
    </w:r>
    <w:proofErr w:type="spellStart"/>
    <w:r>
      <w:rPr>
        <w:sz w:val="17"/>
      </w:rPr>
      <w:t>Wieliczka</w:t>
    </w:r>
    <w:proofErr w:type="spellEnd"/>
    <w:r>
      <w:rPr>
        <w:sz w:val="17"/>
      </w:rPr>
      <w:t xml:space="preserve"> | tel. 12 251 61 04 | </w:t>
    </w:r>
  </w:p>
  <w:p w14:paraId="5B9A660E" w14:textId="5DC17458" w:rsidR="00A116CC" w:rsidRDefault="00A116CC">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354726772">
    <w:abstractNumId w:val="8"/>
  </w:num>
  <w:num w:numId="2" w16cid:durableId="1673559793">
    <w:abstractNumId w:val="6"/>
  </w:num>
  <w:num w:numId="3" w16cid:durableId="820736921">
    <w:abstractNumId w:val="5"/>
  </w:num>
  <w:num w:numId="4" w16cid:durableId="915166202">
    <w:abstractNumId w:val="4"/>
  </w:num>
  <w:num w:numId="5" w16cid:durableId="1003246418">
    <w:abstractNumId w:val="7"/>
  </w:num>
  <w:num w:numId="6" w16cid:durableId="205602534">
    <w:abstractNumId w:val="3"/>
  </w:num>
  <w:num w:numId="7" w16cid:durableId="1981374217">
    <w:abstractNumId w:val="2"/>
  </w:num>
  <w:num w:numId="8" w16cid:durableId="1089501990">
    <w:abstractNumId w:val="1"/>
  </w:num>
  <w:num w:numId="9" w16cid:durableId="711348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E54"/>
    <w:rsid w:val="00034616"/>
    <w:rsid w:val="0006063C"/>
    <w:rsid w:val="0015074B"/>
    <w:rsid w:val="001820A9"/>
    <w:rsid w:val="001875DC"/>
    <w:rsid w:val="001D402C"/>
    <w:rsid w:val="001F5C63"/>
    <w:rsid w:val="001F76DA"/>
    <w:rsid w:val="0029639D"/>
    <w:rsid w:val="00326F90"/>
    <w:rsid w:val="003C56B3"/>
    <w:rsid w:val="004452EA"/>
    <w:rsid w:val="004D524F"/>
    <w:rsid w:val="004E415C"/>
    <w:rsid w:val="006132F8"/>
    <w:rsid w:val="006407B7"/>
    <w:rsid w:val="00692889"/>
    <w:rsid w:val="008121D3"/>
    <w:rsid w:val="008C5EBA"/>
    <w:rsid w:val="00993681"/>
    <w:rsid w:val="00A116CC"/>
    <w:rsid w:val="00AA1D8D"/>
    <w:rsid w:val="00AD2DE1"/>
    <w:rsid w:val="00B47730"/>
    <w:rsid w:val="00B8072C"/>
    <w:rsid w:val="00C0647A"/>
    <w:rsid w:val="00C30933"/>
    <w:rsid w:val="00C66760"/>
    <w:rsid w:val="00CB0664"/>
    <w:rsid w:val="00D60737"/>
    <w:rsid w:val="00E600DF"/>
    <w:rsid w:val="00E84F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B0E76A"/>
  <w14:defaultImageDpi w14:val="300"/>
  <w15:docId w15:val="{6C84078F-049A-4BDF-8998-7C77B42BD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80" w:line="259" w:lineRule="auto"/>
    </w:pPr>
    <w:rPr>
      <w:rFonts w:ascii="Arial" w:eastAsia="Arial" w:hAnsi="Arial"/>
      <w:sz w:val="21"/>
    </w:rPr>
  </w:style>
  <w:style w:type="paragraph" w:styleId="Nagwek1">
    <w:name w:val="heading 1"/>
    <w:basedOn w:val="Normalny"/>
    <w:next w:val="Normalny"/>
    <w:link w:val="Nagwek1Znak"/>
    <w:uiPriority w:val="9"/>
    <w:qFormat/>
    <w:rsid w:val="00FC693F"/>
    <w:pPr>
      <w:keepNext/>
      <w:keepLines/>
      <w:spacing w:before="200"/>
      <w:outlineLvl w:val="0"/>
    </w:pPr>
    <w:rPr>
      <w:rFonts w:asciiTheme="majorHAnsi" w:eastAsiaTheme="majorEastAsia" w:hAnsiTheme="majorHAnsi" w:cstheme="majorBidi"/>
      <w:b/>
      <w:bCs/>
      <w:color w:val="365F91" w:themeColor="accent1" w:themeShade="BF"/>
      <w:sz w:val="24"/>
      <w:szCs w:val="28"/>
    </w:rPr>
  </w:style>
  <w:style w:type="paragraph" w:styleId="Nagwek2">
    <w:name w:val="heading 2"/>
    <w:basedOn w:val="Normalny"/>
    <w:next w:val="Normalny"/>
    <w:link w:val="Nagwek2Znak"/>
    <w:uiPriority w:val="9"/>
    <w:unhideWhenUsed/>
    <w:qFormat/>
    <w:rsid w:val="00FC693F"/>
    <w:pPr>
      <w:keepNext/>
      <w:keepLines/>
      <w:spacing w:before="160" w:after="60"/>
      <w:outlineLvl w:val="1"/>
    </w:pPr>
    <w:rPr>
      <w:rFonts w:asciiTheme="majorHAnsi" w:eastAsiaTheme="majorEastAsia" w:hAnsiTheme="majorHAnsi" w:cstheme="majorBidi"/>
      <w:b/>
      <w:bCs/>
      <w:color w:val="4F81BD" w:themeColor="accent1"/>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jc w:val="center"/>
    </w:pPr>
    <w:rPr>
      <w:rFonts w:asciiTheme="majorHAnsi" w:eastAsiaTheme="majorEastAsia" w:hAnsiTheme="majorHAnsi" w:cstheme="majorBidi"/>
      <w:b/>
      <w:color w:val="17365D" w:themeColor="text2" w:themeShade="BF"/>
      <w:spacing w:val="5"/>
      <w:kern w:val="28"/>
      <w:sz w:val="3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pPr>
      <w:spacing w:after="40"/>
    </w:pPr>
    <w:rPr>
      <w:rFonts w:ascii="Arial" w:eastAsia="Arial" w:hAnsi="Arial"/>
      <w:sz w:val="18"/>
    </w:rPr>
  </w:style>
  <w:style w:type="character" w:styleId="Odwoaniedokomentarza">
    <w:name w:val="annotation reference"/>
    <w:basedOn w:val="Domylnaczcionkaakapitu"/>
    <w:uiPriority w:val="99"/>
    <w:semiHidden/>
    <w:unhideWhenUsed/>
    <w:rsid w:val="004E415C"/>
    <w:rPr>
      <w:sz w:val="16"/>
      <w:szCs w:val="16"/>
    </w:rPr>
  </w:style>
  <w:style w:type="paragraph" w:styleId="Tekstkomentarza">
    <w:name w:val="annotation text"/>
    <w:basedOn w:val="Normalny"/>
    <w:link w:val="TekstkomentarzaZnak"/>
    <w:uiPriority w:val="99"/>
    <w:semiHidden/>
    <w:unhideWhenUsed/>
    <w:rsid w:val="004E41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15C"/>
    <w:rPr>
      <w:rFonts w:ascii="Arial" w:eastAsia="Arial" w:hAnsi="Arial"/>
      <w:sz w:val="20"/>
      <w:szCs w:val="20"/>
    </w:rPr>
  </w:style>
  <w:style w:type="paragraph" w:styleId="Tematkomentarza">
    <w:name w:val="annotation subject"/>
    <w:basedOn w:val="Tekstkomentarza"/>
    <w:next w:val="Tekstkomentarza"/>
    <w:link w:val="TematkomentarzaZnak"/>
    <w:uiPriority w:val="99"/>
    <w:semiHidden/>
    <w:unhideWhenUsed/>
    <w:rsid w:val="004E415C"/>
    <w:rPr>
      <w:b/>
      <w:bCs/>
    </w:rPr>
  </w:style>
  <w:style w:type="character" w:customStyle="1" w:styleId="TematkomentarzaZnak">
    <w:name w:val="Temat komentarza Znak"/>
    <w:basedOn w:val="TekstkomentarzaZnak"/>
    <w:link w:val="Tematkomentarza"/>
    <w:uiPriority w:val="99"/>
    <w:semiHidden/>
    <w:rsid w:val="004E415C"/>
    <w:rPr>
      <w:rFonts w:ascii="Arial" w:eastAsia="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2639</Words>
  <Characters>15836</Characters>
  <Application>Microsoft Office Word</Application>
  <DocSecurity>0</DocSecurity>
  <Lines>131</Lines>
  <Paragraphs>36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Regulamin obozu socjoterapeutycznego 2026</vt:lpstr>
      <vt:lpstr/>
    </vt:vector>
  </TitlesOfParts>
  <Manager/>
  <Company/>
  <LinksUpToDate>false</LinksUpToDate>
  <CharactersWithSpaces>18439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obozu socjoterapeutycznego 2026</dc:title>
  <dc:subject>Regulamin uczestnictwa w obozie socjoterapeutycznym Fundacji Centrum Działań Profilaktycznych</dc:subject>
  <dc:creator>Fundacja Centrum Działań Profilaktycznych</dc:creator>
  <cp:keywords/>
  <dc:description>Dokument zredagowany do druku na podstawie przekazanego projektu.</dc:description>
  <cp:lastModifiedBy>Emilia Wieloszyńska</cp:lastModifiedBy>
  <cp:revision>2</cp:revision>
  <dcterms:created xsi:type="dcterms:W3CDTF">2026-08-17T09:07:00Z</dcterms:created>
  <dcterms:modified xsi:type="dcterms:W3CDTF">2026-08-17T09:07:00Z</dcterms:modified>
  <cp:category/>
</cp:coreProperties>
</file>